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1ACE15" w14:textId="77777777" w:rsidR="00752267" w:rsidRDefault="00041CF8">
      <w:pPr>
        <w:jc w:val="center"/>
      </w:pPr>
      <w:r>
        <w:rPr>
          <w:b/>
          <w:sz w:val="28"/>
        </w:rPr>
        <w:t>Test – Comunicare prin Internet (Clasa a VI-a)</w:t>
      </w:r>
    </w:p>
    <w:p w14:paraId="4B60AC2F" w14:textId="77777777" w:rsidR="00752267" w:rsidRDefault="00041CF8">
      <w:pPr>
        <w:jc w:val="center"/>
      </w:pPr>
      <w:r>
        <w:rPr>
          <w:b/>
          <w:sz w:val="24"/>
        </w:rPr>
        <w:t>Varianta 1</w:t>
      </w:r>
    </w:p>
    <w:p w14:paraId="56BA5586" w14:textId="77777777" w:rsidR="00752267" w:rsidRDefault="00752267"/>
    <w:p w14:paraId="456FD656" w14:textId="77777777" w:rsidR="00752267" w:rsidRDefault="00041CF8">
      <w:r>
        <w:t>1. Ce este o parolă sigură?</w:t>
      </w:r>
    </w:p>
    <w:p w14:paraId="6E7E8738" w14:textId="77777777" w:rsidR="00752267" w:rsidRDefault="00041CF8">
      <w:r>
        <w:t>a) O parolă scurtă, ușor de ghicit</w:t>
      </w:r>
    </w:p>
    <w:p w14:paraId="0716515B" w14:textId="77777777" w:rsidR="00752267" w:rsidRDefault="00041CF8">
      <w:r>
        <w:t>b) O parolă folosită la toți conturile</w:t>
      </w:r>
    </w:p>
    <w:p w14:paraId="7E3BB3A5" w14:textId="77777777" w:rsidR="00752267" w:rsidRDefault="00041CF8">
      <w:r>
        <w:t>c) O parolă lungă, cu litere, cifre și simboluri</w:t>
      </w:r>
    </w:p>
    <w:p w14:paraId="5367CBDC" w14:textId="77777777" w:rsidR="00752267" w:rsidRDefault="00752267"/>
    <w:p w14:paraId="500487C5" w14:textId="77777777" w:rsidR="00752267" w:rsidRDefault="00041CF8">
      <w:r>
        <w:t xml:space="preserve">2. Ce trebuie să faci dacă primești un </w:t>
      </w:r>
      <w:r>
        <w:t>mesaj suspect de la o persoană necunoscută?</w:t>
      </w:r>
    </w:p>
    <w:p w14:paraId="58D96A08" w14:textId="77777777" w:rsidR="00752267" w:rsidRDefault="00041CF8">
      <w:r>
        <w:t>a) Deschizi imediat linkurile din mesaj</w:t>
      </w:r>
    </w:p>
    <w:p w14:paraId="27C58A1A" w14:textId="77777777" w:rsidR="00752267" w:rsidRDefault="00041CF8">
      <w:r>
        <w:t>b) Îl ștergi sau îl raportezi</w:t>
      </w:r>
    </w:p>
    <w:p w14:paraId="604FCF13" w14:textId="77777777" w:rsidR="00752267" w:rsidRDefault="00041CF8">
      <w:r>
        <w:t>c) Trimiți mesajul tuturor prietenilor</w:t>
      </w:r>
    </w:p>
    <w:p w14:paraId="70C7FE9D" w14:textId="77777777" w:rsidR="00752267" w:rsidRDefault="00752267"/>
    <w:p w14:paraId="437FD0C2" w14:textId="77777777" w:rsidR="00752267" w:rsidRDefault="00041CF8">
      <w:r>
        <w:t>3. Ce înseamnă „spam”?</w:t>
      </w:r>
    </w:p>
    <w:p w14:paraId="197888E8" w14:textId="77777777" w:rsidR="00752267" w:rsidRDefault="00041CF8">
      <w:r>
        <w:t>a) Mesaje nedorite trimise în masă</w:t>
      </w:r>
    </w:p>
    <w:p w14:paraId="4028EB5F" w14:textId="77777777" w:rsidR="00752267" w:rsidRDefault="00041CF8">
      <w:r>
        <w:t>b) Mesaje scrise politicos</w:t>
      </w:r>
    </w:p>
    <w:p w14:paraId="7CDA7319" w14:textId="77777777" w:rsidR="00752267" w:rsidRDefault="00041CF8">
      <w:r>
        <w:t>c) Mesaje care co</w:t>
      </w:r>
      <w:r>
        <w:t>nțin doar imagini</w:t>
      </w:r>
    </w:p>
    <w:p w14:paraId="637E933F" w14:textId="77777777" w:rsidR="00752267" w:rsidRDefault="00752267"/>
    <w:p w14:paraId="09E3B9D2" w14:textId="77777777" w:rsidR="00752267" w:rsidRDefault="00041CF8">
      <w:r>
        <w:t>4. Care este rolul câmpului „Destinatar (To)” într-un e-mail?</w:t>
      </w:r>
    </w:p>
    <w:p w14:paraId="005C7047" w14:textId="77777777" w:rsidR="00752267" w:rsidRDefault="00041CF8">
      <w:r>
        <w:t>a) Arată cui îi trimiți mesajul</w:t>
      </w:r>
    </w:p>
    <w:p w14:paraId="754C161A" w14:textId="77777777" w:rsidR="00752267" w:rsidRDefault="00041CF8">
      <w:r>
        <w:t>b) Conține subiectul mesajului</w:t>
      </w:r>
    </w:p>
    <w:p w14:paraId="02F8DA23" w14:textId="77777777" w:rsidR="00752267" w:rsidRDefault="00041CF8">
      <w:r>
        <w:t>c) Conține fișierul atașat</w:t>
      </w:r>
    </w:p>
    <w:p w14:paraId="1FD527CA" w14:textId="77777777" w:rsidR="00752267" w:rsidRDefault="00752267"/>
    <w:p w14:paraId="4F643744" w14:textId="77777777" w:rsidR="00752267" w:rsidRDefault="00041CF8">
      <w:r>
        <w:t>5. Ce este „CC” într-un e-mail?</w:t>
      </w:r>
    </w:p>
    <w:p w14:paraId="52A9161A" w14:textId="77777777" w:rsidR="00752267" w:rsidRDefault="00041CF8">
      <w:r>
        <w:t>a) Copie către alte persoane</w:t>
      </w:r>
    </w:p>
    <w:p w14:paraId="3BC1BA96" w14:textId="77777777" w:rsidR="00752267" w:rsidRDefault="00041CF8">
      <w:r>
        <w:t>b) Parola contului</w:t>
      </w:r>
    </w:p>
    <w:p w14:paraId="121FEFDA" w14:textId="77777777" w:rsidR="00752267" w:rsidRDefault="00041CF8">
      <w:r>
        <w:lastRenderedPageBreak/>
        <w:t>c) N</w:t>
      </w:r>
      <w:r>
        <w:t>umele serverului</w:t>
      </w:r>
    </w:p>
    <w:p w14:paraId="6E412C20" w14:textId="77777777" w:rsidR="00752267" w:rsidRDefault="00752267"/>
    <w:p w14:paraId="5546AEBA" w14:textId="77777777" w:rsidR="00752267" w:rsidRDefault="00041CF8">
      <w:r>
        <w:t>6. Ce este „BCC” într-un e-mail?</w:t>
      </w:r>
    </w:p>
    <w:p w14:paraId="13A9ED04" w14:textId="77777777" w:rsidR="00752267" w:rsidRDefault="00041CF8">
      <w:r>
        <w:t>a) Destinatari ascunși (copie ascunsă)</w:t>
      </w:r>
    </w:p>
    <w:p w14:paraId="78F664F4" w14:textId="77777777" w:rsidR="00752267" w:rsidRDefault="00041CF8">
      <w:r>
        <w:t>b) Un antivirus</w:t>
      </w:r>
    </w:p>
    <w:p w14:paraId="1F8BCED1" w14:textId="77777777" w:rsidR="00752267" w:rsidRDefault="00041CF8">
      <w:r>
        <w:t>c) Un tip de atașament</w:t>
      </w:r>
    </w:p>
    <w:p w14:paraId="5189EA3D" w14:textId="77777777" w:rsidR="00752267" w:rsidRDefault="00752267"/>
    <w:p w14:paraId="32EBF67C" w14:textId="77777777" w:rsidR="00752267" w:rsidRDefault="00041CF8">
      <w:r>
        <w:t>7. Ce înseamnă „atașament” într-un e-mail?</w:t>
      </w:r>
    </w:p>
    <w:p w14:paraId="215BC219" w14:textId="77777777" w:rsidR="00752267" w:rsidRDefault="00041CF8">
      <w:r>
        <w:t>a) Un mesaj fără text</w:t>
      </w:r>
    </w:p>
    <w:p w14:paraId="583204C2" w14:textId="77777777" w:rsidR="00752267" w:rsidRDefault="00041CF8">
      <w:r>
        <w:t>b) Un fișier trimis împreună cu mesajul</w:t>
      </w:r>
    </w:p>
    <w:p w14:paraId="11ED71DA" w14:textId="77777777" w:rsidR="00752267" w:rsidRDefault="00041CF8">
      <w:r>
        <w:t xml:space="preserve">c) O parolă </w:t>
      </w:r>
      <w:r>
        <w:t>pentru e-mail</w:t>
      </w:r>
    </w:p>
    <w:p w14:paraId="5D3576D5" w14:textId="77777777" w:rsidR="00752267" w:rsidRDefault="00752267"/>
    <w:p w14:paraId="671CC3E2" w14:textId="77777777" w:rsidR="00752267" w:rsidRDefault="00041CF8">
      <w:r>
        <w:t>8. Care este o regulă corectă de netichetă?</w:t>
      </w:r>
    </w:p>
    <w:p w14:paraId="5593B4A1" w14:textId="77777777" w:rsidR="00752267" w:rsidRDefault="00041CF8">
      <w:r>
        <w:t>a) Scrierea cu MAJUSCULE pentru a părea important</w:t>
      </w:r>
    </w:p>
    <w:p w14:paraId="1E85642D" w14:textId="77777777" w:rsidR="00752267" w:rsidRDefault="00041CF8">
      <w:r>
        <w:t>b) Folosirea unui subiect clar</w:t>
      </w:r>
    </w:p>
    <w:p w14:paraId="7E60C419" w14:textId="77777777" w:rsidR="00752267" w:rsidRDefault="00041CF8">
      <w:r>
        <w:t>c) Trimiterea mesajelor fără salut</w:t>
      </w:r>
    </w:p>
    <w:p w14:paraId="614FE44C" w14:textId="77777777" w:rsidR="00752267" w:rsidRDefault="00752267"/>
    <w:p w14:paraId="50F62321" w14:textId="77777777" w:rsidR="00752267" w:rsidRDefault="00041CF8">
      <w:r>
        <w:t>9. De ce nu este bine să dai parola prietenilor?</w:t>
      </w:r>
    </w:p>
    <w:p w14:paraId="0DAE9BEF" w14:textId="77777777" w:rsidR="00752267" w:rsidRDefault="00041CF8">
      <w:r>
        <w:t>a) Pentru că parola se poate ră</w:t>
      </w:r>
      <w:r>
        <w:t>spândi și contul poate fi compromis</w:t>
      </w:r>
    </w:p>
    <w:p w14:paraId="7EA0C55C" w14:textId="77777777" w:rsidR="00752267" w:rsidRDefault="00041CF8">
      <w:r>
        <w:t>b) Pentru că parola devine mai puternică</w:t>
      </w:r>
    </w:p>
    <w:p w14:paraId="78C05AB2" w14:textId="77777777" w:rsidR="00752267" w:rsidRDefault="00041CF8">
      <w:r>
        <w:t>c) Pentru că e-mailul nu mai funcționează</w:t>
      </w:r>
    </w:p>
    <w:p w14:paraId="16D4F3F9" w14:textId="1020036C" w:rsidR="00752267" w:rsidRDefault="00752267"/>
    <w:sectPr w:rsidR="007522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CF8"/>
    <w:rsid w:val="0006063C"/>
    <w:rsid w:val="0015074B"/>
    <w:rsid w:val="0029639D"/>
    <w:rsid w:val="00326F90"/>
    <w:rsid w:val="0075226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F1ACC"/>
  <w14:defaultImageDpi w14:val="300"/>
  <w15:docId w15:val="{60EC8987-E953-407F-BC97-94A337DF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Octavian</cp:lastModifiedBy>
  <cp:revision>3</cp:revision>
  <dcterms:created xsi:type="dcterms:W3CDTF">2013-12-23T23:15:00Z</dcterms:created>
  <dcterms:modified xsi:type="dcterms:W3CDTF">2026-02-11T15:39:00Z</dcterms:modified>
  <cp:category/>
</cp:coreProperties>
</file>