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03D90" w14:textId="77777777" w:rsidR="001B1ADD" w:rsidRDefault="00BF1715">
      <w:pPr>
        <w:jc w:val="center"/>
      </w:pPr>
      <w:r>
        <w:rPr>
          <w:b/>
          <w:sz w:val="28"/>
        </w:rPr>
        <w:t>Test – Comunicare prin Internet (Clasa a VI-a)</w:t>
      </w:r>
    </w:p>
    <w:p w14:paraId="5E86C7DA" w14:textId="77777777" w:rsidR="001B1ADD" w:rsidRDefault="00BF1715">
      <w:pPr>
        <w:jc w:val="center"/>
      </w:pPr>
      <w:r>
        <w:rPr>
          <w:b/>
          <w:sz w:val="24"/>
        </w:rPr>
        <w:t>Varianta 2</w:t>
      </w:r>
    </w:p>
    <w:p w14:paraId="73ADF0DA" w14:textId="77777777" w:rsidR="001B1ADD" w:rsidRDefault="001B1ADD"/>
    <w:p w14:paraId="72FDC24B" w14:textId="77777777" w:rsidR="001B1ADD" w:rsidRDefault="00BF1715">
      <w:r>
        <w:t>1. Ce este autentificarea în doi pași (2FA)?</w:t>
      </w:r>
    </w:p>
    <w:p w14:paraId="0C13B50E" w14:textId="77777777" w:rsidR="001B1ADD" w:rsidRDefault="00BF1715">
      <w:r>
        <w:t>a) O metodă de conectare cu două parole identice</w:t>
      </w:r>
    </w:p>
    <w:p w14:paraId="6B158CA9" w14:textId="77777777" w:rsidR="001B1ADD" w:rsidRDefault="00BF1715">
      <w:r>
        <w:t>b) O metodă de protecție care folosește o verificare suplimentară</w:t>
      </w:r>
    </w:p>
    <w:p w14:paraId="34C2208A" w14:textId="77777777" w:rsidR="001B1ADD" w:rsidRDefault="00BF1715">
      <w:r>
        <w:t>c) Un tip de virus</w:t>
      </w:r>
    </w:p>
    <w:p w14:paraId="16670C67" w14:textId="77777777" w:rsidR="001B1ADD" w:rsidRDefault="001B1ADD"/>
    <w:p w14:paraId="0A537CB9" w14:textId="77777777" w:rsidR="001B1ADD" w:rsidRDefault="00BF1715">
      <w:r>
        <w:t xml:space="preserve">2. Care </w:t>
      </w:r>
      <w:r>
        <w:t>dintre următoarele este un exemplu de date personale?</w:t>
      </w:r>
    </w:p>
    <w:p w14:paraId="3FE48C9D" w14:textId="77777777" w:rsidR="001B1ADD" w:rsidRDefault="00BF1715">
      <w:r>
        <w:t>a) Numărul de telefon</w:t>
      </w:r>
    </w:p>
    <w:p w14:paraId="3DF340D9" w14:textId="77777777" w:rsidR="001B1ADD" w:rsidRDefault="00BF1715">
      <w:r>
        <w:t>b) Titlul unui joc</w:t>
      </w:r>
    </w:p>
    <w:p w14:paraId="380B8832" w14:textId="77777777" w:rsidR="001B1ADD" w:rsidRDefault="00BF1715">
      <w:r>
        <w:t>c) Numele unui browser</w:t>
      </w:r>
    </w:p>
    <w:p w14:paraId="2D74A4F5" w14:textId="77777777" w:rsidR="001B1ADD" w:rsidRDefault="001B1ADD"/>
    <w:p w14:paraId="6EE906B8" w14:textId="77777777" w:rsidR="001B1ADD" w:rsidRDefault="00BF1715">
      <w:r>
        <w:t>3. Ce înseamnă „phishing”?</w:t>
      </w:r>
    </w:p>
    <w:p w14:paraId="7CB3B820" w14:textId="77777777" w:rsidR="001B1ADD" w:rsidRDefault="00BF1715">
      <w:r>
        <w:t>a) O tehnică de păcălire pentru a fura date</w:t>
      </w:r>
    </w:p>
    <w:p w14:paraId="15ABAA6D" w14:textId="77777777" w:rsidR="001B1ADD" w:rsidRDefault="00BF1715">
      <w:r>
        <w:t>b) Un joc online</w:t>
      </w:r>
    </w:p>
    <w:p w14:paraId="75B5C261" w14:textId="77777777" w:rsidR="001B1ADD" w:rsidRDefault="00BF1715">
      <w:r>
        <w:t>c) Un tip de fișier atașat</w:t>
      </w:r>
    </w:p>
    <w:p w14:paraId="58EEF893" w14:textId="77777777" w:rsidR="001B1ADD" w:rsidRDefault="001B1ADD"/>
    <w:p w14:paraId="62C30A9F" w14:textId="77777777" w:rsidR="001B1ADD" w:rsidRDefault="00BF1715">
      <w:r>
        <w:t xml:space="preserve">4. Care este cea mai </w:t>
      </w:r>
      <w:r>
        <w:t>bună acțiune când primești un e-mail cu un link ciudat?</w:t>
      </w:r>
    </w:p>
    <w:p w14:paraId="6F7B7330" w14:textId="77777777" w:rsidR="001B1ADD" w:rsidRDefault="00BF1715">
      <w:r>
        <w:t>a) Îl deschizi ca să vezi ce este</w:t>
      </w:r>
    </w:p>
    <w:p w14:paraId="6DFEFB2F" w14:textId="77777777" w:rsidR="001B1ADD" w:rsidRDefault="00BF1715">
      <w:r>
        <w:t>b) Îl ignori și nu accesezi linkul</w:t>
      </w:r>
    </w:p>
    <w:p w14:paraId="69F738ED" w14:textId="77777777" w:rsidR="001B1ADD" w:rsidRDefault="00BF1715">
      <w:r>
        <w:t>c) Îl trimiți mai departe</w:t>
      </w:r>
    </w:p>
    <w:p w14:paraId="4C4FC9DE" w14:textId="77777777" w:rsidR="001B1ADD" w:rsidRDefault="001B1ADD"/>
    <w:p w14:paraId="2C002776" w14:textId="77777777" w:rsidR="001B1ADD" w:rsidRDefault="00BF1715">
      <w:r>
        <w:t>5. Ce este o „agendă de contacte” într-un serviciu de e-mail?</w:t>
      </w:r>
    </w:p>
    <w:p w14:paraId="1CF69D3B" w14:textId="77777777" w:rsidR="001B1ADD" w:rsidRDefault="00BF1715">
      <w:r>
        <w:t>a) O listă cu persoanele salvate</w:t>
      </w:r>
    </w:p>
    <w:p w14:paraId="3BFA9F39" w14:textId="77777777" w:rsidR="001B1ADD" w:rsidRDefault="00BF1715">
      <w:r>
        <w:t>b) O list</w:t>
      </w:r>
      <w:r>
        <w:t>ă cu parolele</w:t>
      </w:r>
    </w:p>
    <w:p w14:paraId="18BB2FCA" w14:textId="77777777" w:rsidR="001B1ADD" w:rsidRDefault="00BF1715">
      <w:r>
        <w:lastRenderedPageBreak/>
        <w:t>c) Un folder de spam</w:t>
      </w:r>
    </w:p>
    <w:p w14:paraId="6025294E" w14:textId="77777777" w:rsidR="001B1ADD" w:rsidRDefault="001B1ADD"/>
    <w:p w14:paraId="0CAE75C6" w14:textId="77777777" w:rsidR="001B1ADD" w:rsidRDefault="00BF1715">
      <w:r>
        <w:t>6. Ce face opțiunea „Răspunde tuturor” (Reply all)?</w:t>
      </w:r>
    </w:p>
    <w:p w14:paraId="1BE8D7A4" w14:textId="77777777" w:rsidR="001B1ADD" w:rsidRDefault="00BF1715">
      <w:r>
        <w:t>a) Răspunde doar expeditorului</w:t>
      </w:r>
    </w:p>
    <w:p w14:paraId="4EA57695" w14:textId="77777777" w:rsidR="001B1ADD" w:rsidRDefault="00BF1715">
      <w:r>
        <w:t>b) Răspunde expeditorului și tuturor celor din conversație</w:t>
      </w:r>
    </w:p>
    <w:p w14:paraId="3CC32153" w14:textId="77777777" w:rsidR="001B1ADD" w:rsidRDefault="00BF1715">
      <w:r>
        <w:t>c) Șterge mesajul</w:t>
      </w:r>
    </w:p>
    <w:p w14:paraId="24E235E9" w14:textId="77777777" w:rsidR="001B1ADD" w:rsidRDefault="001B1ADD"/>
    <w:p w14:paraId="153AED6F" w14:textId="77777777" w:rsidR="001B1ADD" w:rsidRDefault="00BF1715">
      <w:r>
        <w:t xml:space="preserve">7. Ce înseamnă „redirecționare” (Forward) într-un </w:t>
      </w:r>
      <w:r>
        <w:t>e-mail?</w:t>
      </w:r>
    </w:p>
    <w:p w14:paraId="10B3813C" w14:textId="77777777" w:rsidR="001B1ADD" w:rsidRDefault="00BF1715">
      <w:r>
        <w:t>a) Trimiterea mesajului către altă persoană</w:t>
      </w:r>
    </w:p>
    <w:p w14:paraId="5171A054" w14:textId="77777777" w:rsidR="001B1ADD" w:rsidRDefault="00BF1715">
      <w:r>
        <w:t>b) Schimbarea parolei</w:t>
      </w:r>
    </w:p>
    <w:p w14:paraId="0F20A5F0" w14:textId="77777777" w:rsidR="001B1ADD" w:rsidRDefault="00BF1715">
      <w:r>
        <w:t>c) Atașarea unui fișier</w:t>
      </w:r>
    </w:p>
    <w:p w14:paraId="728A9F7B" w14:textId="77777777" w:rsidR="001B1ADD" w:rsidRDefault="001B1ADD"/>
    <w:p w14:paraId="4B1533D5" w14:textId="77777777" w:rsidR="001B1ADD" w:rsidRDefault="00BF1715">
      <w:r>
        <w:t>8. Care este o regulă corectă pentru un mesaj online?</w:t>
      </w:r>
    </w:p>
    <w:p w14:paraId="07725FDA" w14:textId="77777777" w:rsidR="001B1ADD" w:rsidRDefault="00BF1715">
      <w:r>
        <w:t>a) Scrii fără subiect și fără semnătură</w:t>
      </w:r>
    </w:p>
    <w:p w14:paraId="49D3F022" w14:textId="77777777" w:rsidR="001B1ADD" w:rsidRDefault="00BF1715">
      <w:r>
        <w:t>b) Folosești un limbaj respectuos</w:t>
      </w:r>
    </w:p>
    <w:p w14:paraId="62B01C32" w14:textId="77777777" w:rsidR="001B1ADD" w:rsidRDefault="00BF1715">
      <w:r>
        <w:t>c) Scrii doar cu majuscule</w:t>
      </w:r>
    </w:p>
    <w:p w14:paraId="19368DD2" w14:textId="77777777" w:rsidR="001B1ADD" w:rsidRDefault="001B1ADD"/>
    <w:p w14:paraId="5CEB7B18" w14:textId="77777777" w:rsidR="001B1ADD" w:rsidRDefault="00BF1715">
      <w:r>
        <w:t>9</w:t>
      </w:r>
      <w:r>
        <w:t>. De ce este important să actualizezi aplicațiile (browser, antivirus)?</w:t>
      </w:r>
    </w:p>
    <w:p w14:paraId="50DE1E56" w14:textId="77777777" w:rsidR="001B1ADD" w:rsidRDefault="00BF1715">
      <w:r>
        <w:t>a) Ca să arate mai frumos</w:t>
      </w:r>
    </w:p>
    <w:p w14:paraId="743EA22E" w14:textId="77777777" w:rsidR="001B1ADD" w:rsidRDefault="00BF1715">
      <w:r>
        <w:t>b) Pentru a repara probleme de securitate</w:t>
      </w:r>
    </w:p>
    <w:p w14:paraId="21E0AFDB" w14:textId="77777777" w:rsidR="001B1ADD" w:rsidRDefault="00BF1715">
      <w:r>
        <w:t>c) Ca să primești mai multe reclame</w:t>
      </w:r>
    </w:p>
    <w:p w14:paraId="5B3E435C" w14:textId="66C2C4C4" w:rsidR="001B1ADD" w:rsidRDefault="001B1ADD"/>
    <w:sectPr w:rsidR="001B1AD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1ADD"/>
    <w:rsid w:val="0029639D"/>
    <w:rsid w:val="00326F90"/>
    <w:rsid w:val="00AA1D8D"/>
    <w:rsid w:val="00B47730"/>
    <w:rsid w:val="00BF171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74B551"/>
  <w14:defaultImageDpi w14:val="300"/>
  <w15:docId w15:val="{D3CBBBF7-9D10-4617-B01F-814743D7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3</cp:revision>
  <dcterms:created xsi:type="dcterms:W3CDTF">2013-12-23T23:15:00Z</dcterms:created>
  <dcterms:modified xsi:type="dcterms:W3CDTF">2026-02-11T15:39:00Z</dcterms:modified>
  <cp:category/>
</cp:coreProperties>
</file>