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5EB98" w14:textId="77777777" w:rsidR="00AD3336" w:rsidRDefault="00B00089">
      <w:pPr>
        <w:pStyle w:val="Heading1"/>
      </w:pPr>
      <w:r>
        <w:t>Test – Editoare grafice (Clasa a V-a)</w:t>
      </w:r>
      <w:r>
        <w:br/>
        <w:t>Varianta 1</w:t>
      </w:r>
    </w:p>
    <w:p w14:paraId="072BDFFE" w14:textId="77777777" w:rsidR="00AD3336" w:rsidRDefault="00B00089">
      <w:r>
        <w:t>1. Care este rolul unui editor grafic?</w:t>
      </w:r>
    </w:p>
    <w:p w14:paraId="393CC879" w14:textId="77777777" w:rsidR="00AD3336" w:rsidRDefault="00B00089">
      <w:pPr>
        <w:pStyle w:val="ListBullet"/>
      </w:pPr>
      <w:r>
        <w:t>a) Scrierea textelor</w:t>
      </w:r>
    </w:p>
    <w:p w14:paraId="6BE3A272" w14:textId="77777777" w:rsidR="00AD3336" w:rsidRDefault="00B00089">
      <w:pPr>
        <w:pStyle w:val="ListBullet"/>
      </w:pPr>
      <w:r>
        <w:t>b) Crearea și modificarea imaginilor</w:t>
      </w:r>
    </w:p>
    <w:p w14:paraId="16DBDD1D" w14:textId="77777777" w:rsidR="00AD3336" w:rsidRDefault="00B00089">
      <w:pPr>
        <w:pStyle w:val="ListBullet"/>
      </w:pPr>
      <w:r>
        <w:t>c) Redarea muzicii</w:t>
      </w:r>
    </w:p>
    <w:p w14:paraId="0BBE5204" w14:textId="77777777" w:rsidR="00AD3336" w:rsidRDefault="00B00089">
      <w:r>
        <w:t>2. Ce comandă rapidă se folosește pentru deschiderea unui fișier nou?</w:t>
      </w:r>
    </w:p>
    <w:p w14:paraId="1F5D2AF0" w14:textId="77777777" w:rsidR="00AD3336" w:rsidRDefault="00B00089">
      <w:pPr>
        <w:pStyle w:val="ListBullet"/>
      </w:pPr>
      <w:r>
        <w:t>a) Ctrl + O</w:t>
      </w:r>
    </w:p>
    <w:p w14:paraId="5444F79A" w14:textId="77777777" w:rsidR="00AD3336" w:rsidRDefault="00B00089">
      <w:pPr>
        <w:pStyle w:val="ListBullet"/>
      </w:pPr>
      <w:r>
        <w:t xml:space="preserve">b) </w:t>
      </w:r>
      <w:r>
        <w:t>Ctrl + N</w:t>
      </w:r>
    </w:p>
    <w:p w14:paraId="74DBB48C" w14:textId="77777777" w:rsidR="00AD3336" w:rsidRDefault="00B00089">
      <w:pPr>
        <w:pStyle w:val="ListBullet"/>
      </w:pPr>
      <w:r>
        <w:t>c) Ctrl + S</w:t>
      </w:r>
    </w:p>
    <w:p w14:paraId="2BAA4464" w14:textId="77777777" w:rsidR="00AD3336" w:rsidRDefault="00B00089">
      <w:r>
        <w:t>3. Ce comandă rapidă permite salvarea unui fișier?</w:t>
      </w:r>
    </w:p>
    <w:p w14:paraId="3E0E689A" w14:textId="77777777" w:rsidR="00AD3336" w:rsidRDefault="00B00089">
      <w:pPr>
        <w:pStyle w:val="ListBullet"/>
      </w:pPr>
      <w:r>
        <w:t>a) Ctrl + P</w:t>
      </w:r>
    </w:p>
    <w:p w14:paraId="49CF9F3B" w14:textId="77777777" w:rsidR="00AD3336" w:rsidRDefault="00B00089">
      <w:pPr>
        <w:pStyle w:val="ListBullet"/>
      </w:pPr>
      <w:r>
        <w:t>b) Ctrl + S</w:t>
      </w:r>
    </w:p>
    <w:p w14:paraId="3D1C789E" w14:textId="77777777" w:rsidR="00AD3336" w:rsidRDefault="00B00089">
      <w:pPr>
        <w:pStyle w:val="ListBullet"/>
      </w:pPr>
      <w:r>
        <w:t>c) Ctrl + C</w:t>
      </w:r>
    </w:p>
    <w:p w14:paraId="084C2B9B" w14:textId="77777777" w:rsidR="00AD3336" w:rsidRDefault="00B00089">
      <w:r>
        <w:t>4. Ce comandă se folosește pentru copiere?</w:t>
      </w:r>
    </w:p>
    <w:p w14:paraId="6D31837E" w14:textId="77777777" w:rsidR="00AD3336" w:rsidRDefault="00B00089">
      <w:pPr>
        <w:pStyle w:val="ListBullet"/>
      </w:pPr>
      <w:r>
        <w:t>a) Ctrl + X</w:t>
      </w:r>
    </w:p>
    <w:p w14:paraId="1F8E5CBB" w14:textId="77777777" w:rsidR="00AD3336" w:rsidRDefault="00B00089">
      <w:pPr>
        <w:pStyle w:val="ListBullet"/>
      </w:pPr>
      <w:r>
        <w:t>b) Ctrl + V</w:t>
      </w:r>
    </w:p>
    <w:p w14:paraId="33883166" w14:textId="77777777" w:rsidR="00AD3336" w:rsidRDefault="00B00089">
      <w:pPr>
        <w:pStyle w:val="ListBullet"/>
      </w:pPr>
      <w:r>
        <w:t>c) Ctrl + C</w:t>
      </w:r>
    </w:p>
    <w:p w14:paraId="0ADBEA21" w14:textId="77777777" w:rsidR="00AD3336" w:rsidRDefault="00B00089">
      <w:r>
        <w:t>5. Ce operație permite mutarea (tăierea) unei selecții?</w:t>
      </w:r>
    </w:p>
    <w:p w14:paraId="31B19FD3" w14:textId="77777777" w:rsidR="00AD3336" w:rsidRDefault="00B00089">
      <w:pPr>
        <w:pStyle w:val="ListBullet"/>
      </w:pPr>
      <w:r>
        <w:t>a) Ctrl + C</w:t>
      </w:r>
    </w:p>
    <w:p w14:paraId="064D1F19" w14:textId="77777777" w:rsidR="00AD3336" w:rsidRDefault="00B00089">
      <w:pPr>
        <w:pStyle w:val="ListBullet"/>
      </w:pPr>
      <w:r>
        <w:t>b</w:t>
      </w:r>
      <w:r>
        <w:t>) Ctrl + X</w:t>
      </w:r>
    </w:p>
    <w:p w14:paraId="57AEB375" w14:textId="77777777" w:rsidR="00AD3336" w:rsidRDefault="00B00089">
      <w:pPr>
        <w:pStyle w:val="ListBullet"/>
      </w:pPr>
      <w:r>
        <w:t>c) Ctrl + A</w:t>
      </w:r>
    </w:p>
    <w:p w14:paraId="6427843E" w14:textId="77777777" w:rsidR="00AD3336" w:rsidRDefault="00B00089">
      <w:r>
        <w:t>6. Ce comandă permite lipirea unui element copiat?</w:t>
      </w:r>
    </w:p>
    <w:p w14:paraId="5B091836" w14:textId="77777777" w:rsidR="00AD3336" w:rsidRDefault="00B00089">
      <w:pPr>
        <w:pStyle w:val="ListBullet"/>
      </w:pPr>
      <w:r>
        <w:t>a) Ctrl + V</w:t>
      </w:r>
    </w:p>
    <w:p w14:paraId="06F2B9B8" w14:textId="77777777" w:rsidR="00AD3336" w:rsidRDefault="00B00089">
      <w:pPr>
        <w:pStyle w:val="ListBullet"/>
      </w:pPr>
      <w:r>
        <w:t>b) Ctrl + Z</w:t>
      </w:r>
    </w:p>
    <w:p w14:paraId="28CB831D" w14:textId="77777777" w:rsidR="00AD3336" w:rsidRDefault="00B00089">
      <w:pPr>
        <w:pStyle w:val="ListBullet"/>
      </w:pPr>
      <w:r>
        <w:t>c) Ctrl + P</w:t>
      </w:r>
    </w:p>
    <w:p w14:paraId="2271BD03" w14:textId="77777777" w:rsidR="00AD3336" w:rsidRDefault="00B00089">
      <w:r>
        <w:t>7. Ce instrument permite desenarea liberă?</w:t>
      </w:r>
    </w:p>
    <w:p w14:paraId="006CEEE4" w14:textId="77777777" w:rsidR="00AD3336" w:rsidRDefault="00B00089">
      <w:pPr>
        <w:pStyle w:val="ListBullet"/>
      </w:pPr>
      <w:r>
        <w:t>a) Radiera</w:t>
      </w:r>
    </w:p>
    <w:p w14:paraId="6E154949" w14:textId="77777777" w:rsidR="00AD3336" w:rsidRDefault="00B00089">
      <w:pPr>
        <w:pStyle w:val="ListBullet"/>
      </w:pPr>
      <w:r>
        <w:t>b) Pensula</w:t>
      </w:r>
    </w:p>
    <w:p w14:paraId="41A97905" w14:textId="77777777" w:rsidR="00AD3336" w:rsidRDefault="00B00089">
      <w:pPr>
        <w:pStyle w:val="ListBullet"/>
      </w:pPr>
      <w:r>
        <w:t>c) Umplerea</w:t>
      </w:r>
    </w:p>
    <w:p w14:paraId="1D9491CE" w14:textId="77777777" w:rsidR="00AD3336" w:rsidRDefault="00B00089">
      <w:r>
        <w:t>8. Ce comandă rapidă selectează întreaga imagine?</w:t>
      </w:r>
    </w:p>
    <w:p w14:paraId="67AA4F45" w14:textId="77777777" w:rsidR="00AD3336" w:rsidRDefault="00B00089">
      <w:pPr>
        <w:pStyle w:val="ListBullet"/>
      </w:pPr>
      <w:r>
        <w:lastRenderedPageBreak/>
        <w:t>a) Ctrl + A</w:t>
      </w:r>
    </w:p>
    <w:p w14:paraId="0BAFF631" w14:textId="77777777" w:rsidR="00AD3336" w:rsidRDefault="00B00089">
      <w:pPr>
        <w:pStyle w:val="ListBullet"/>
      </w:pPr>
      <w:r>
        <w:t xml:space="preserve">b) </w:t>
      </w:r>
      <w:r>
        <w:t>Ctrl + W</w:t>
      </w:r>
    </w:p>
    <w:p w14:paraId="78846D65" w14:textId="77777777" w:rsidR="00AD3336" w:rsidRDefault="00B00089">
      <w:pPr>
        <w:pStyle w:val="ListBullet"/>
      </w:pPr>
      <w:r>
        <w:t>c) Ctrl + D</w:t>
      </w:r>
    </w:p>
    <w:p w14:paraId="0B65B35B" w14:textId="77777777" w:rsidR="00AD3336" w:rsidRDefault="00B00089">
      <w:r>
        <w:t>9. Ce comandă rapidă închide fișierul curent?</w:t>
      </w:r>
    </w:p>
    <w:p w14:paraId="579E60AE" w14:textId="77777777" w:rsidR="00AD3336" w:rsidRDefault="00B00089">
      <w:pPr>
        <w:pStyle w:val="ListBullet"/>
      </w:pPr>
      <w:r>
        <w:t>a) Ctrl + N</w:t>
      </w:r>
    </w:p>
    <w:p w14:paraId="71EFDD02" w14:textId="77777777" w:rsidR="00AD3336" w:rsidRDefault="00B00089">
      <w:pPr>
        <w:pStyle w:val="ListBullet"/>
      </w:pPr>
      <w:r>
        <w:t>b) Ctrl + W</w:t>
      </w:r>
    </w:p>
    <w:p w14:paraId="19FE81DA" w14:textId="77777777" w:rsidR="00AD3336" w:rsidRDefault="00B00089">
      <w:pPr>
        <w:pStyle w:val="ListBullet"/>
      </w:pPr>
      <w:r>
        <w:t>c) Ctrl + P</w:t>
      </w:r>
    </w:p>
    <w:sectPr w:rsidR="00AD33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3336"/>
    <w:rsid w:val="00B0008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BF5EF"/>
  <w14:defaultImageDpi w14:val="300"/>
  <w15:docId w15:val="{EA58CC85-0725-484A-A28E-843DADEB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3</cp:revision>
  <dcterms:created xsi:type="dcterms:W3CDTF">2013-12-23T23:15:00Z</dcterms:created>
  <dcterms:modified xsi:type="dcterms:W3CDTF">2026-02-09T15:44:00Z</dcterms:modified>
  <cp:category/>
</cp:coreProperties>
</file>