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CC20A" w14:textId="77777777" w:rsidR="005D448F" w:rsidRDefault="00192562">
      <w:pPr>
        <w:pStyle w:val="Heading1"/>
      </w:pPr>
      <w:r>
        <w:t>Test – Editoare grafice (Clasa a V-a)</w:t>
      </w:r>
      <w:r>
        <w:br/>
        <w:t>Varianta 2</w:t>
      </w:r>
    </w:p>
    <w:p w14:paraId="619CC994" w14:textId="77777777" w:rsidR="005D448F" w:rsidRDefault="00192562">
      <w:r>
        <w:t>1. Ce putem face cu un editor grafic?</w:t>
      </w:r>
    </w:p>
    <w:p w14:paraId="56EE2BB3" w14:textId="77777777" w:rsidR="005D448F" w:rsidRDefault="00192562">
      <w:pPr>
        <w:pStyle w:val="ListBullet"/>
      </w:pPr>
      <w:r>
        <w:t>a) Modifica imagini</w:t>
      </w:r>
    </w:p>
    <w:p w14:paraId="0A0F5250" w14:textId="77777777" w:rsidR="005D448F" w:rsidRDefault="00192562">
      <w:pPr>
        <w:pStyle w:val="ListBullet"/>
      </w:pPr>
      <w:r>
        <w:t>b) Naviga pe Internet</w:t>
      </w:r>
    </w:p>
    <w:p w14:paraId="08D58A34" w14:textId="77777777" w:rsidR="005D448F" w:rsidRDefault="00192562">
      <w:pPr>
        <w:pStyle w:val="ListBullet"/>
      </w:pPr>
      <w:r>
        <w:t>c) Scrie e-mailuri</w:t>
      </w:r>
    </w:p>
    <w:p w14:paraId="032396C8" w14:textId="77777777" w:rsidR="005D448F" w:rsidRDefault="00192562">
      <w:r>
        <w:t>2. Ce comandă rapidă se folosește pentru deschiderea unui fișier existent?</w:t>
      </w:r>
    </w:p>
    <w:p w14:paraId="075C1861" w14:textId="77777777" w:rsidR="005D448F" w:rsidRDefault="00192562">
      <w:pPr>
        <w:pStyle w:val="ListBullet"/>
      </w:pPr>
      <w:r>
        <w:t>a) Ctrl + O</w:t>
      </w:r>
    </w:p>
    <w:p w14:paraId="731FEAAC" w14:textId="77777777" w:rsidR="005D448F" w:rsidRDefault="00192562">
      <w:pPr>
        <w:pStyle w:val="ListBullet"/>
      </w:pPr>
      <w:r>
        <w:t>b) Ctrl + N</w:t>
      </w:r>
    </w:p>
    <w:p w14:paraId="2A7ACA7A" w14:textId="77777777" w:rsidR="005D448F" w:rsidRDefault="00192562">
      <w:pPr>
        <w:pStyle w:val="ListBullet"/>
      </w:pPr>
      <w:r>
        <w:t xml:space="preserve">c) </w:t>
      </w:r>
      <w:r>
        <w:t>Ctrl + S</w:t>
      </w:r>
    </w:p>
    <w:p w14:paraId="43B67A92" w14:textId="77777777" w:rsidR="005D448F" w:rsidRDefault="00192562">
      <w:r>
        <w:t>3. Ce comandă rapidă se folosește pentru salvare ca...?</w:t>
      </w:r>
    </w:p>
    <w:p w14:paraId="4A88FB1F" w14:textId="77777777" w:rsidR="005D448F" w:rsidRDefault="00192562">
      <w:pPr>
        <w:pStyle w:val="ListBullet"/>
      </w:pPr>
      <w:r>
        <w:t>a) Ctrl + Shift + S</w:t>
      </w:r>
    </w:p>
    <w:p w14:paraId="0416A410" w14:textId="77777777" w:rsidR="005D448F" w:rsidRDefault="00192562">
      <w:pPr>
        <w:pStyle w:val="ListBullet"/>
      </w:pPr>
      <w:r>
        <w:t>b) Ctrl + P</w:t>
      </w:r>
    </w:p>
    <w:p w14:paraId="73A0BE72" w14:textId="77777777" w:rsidR="005D448F" w:rsidRDefault="00192562">
      <w:pPr>
        <w:pStyle w:val="ListBullet"/>
      </w:pPr>
      <w:r>
        <w:t>c) Ctrl + A</w:t>
      </w:r>
    </w:p>
    <w:p w14:paraId="78B703F0" w14:textId="77777777" w:rsidR="005D448F" w:rsidRDefault="00192562">
      <w:r>
        <w:t>4. Ce comandă rapidă permite ștergerea unei selecții?</w:t>
      </w:r>
    </w:p>
    <w:p w14:paraId="201EF704" w14:textId="77777777" w:rsidR="005D448F" w:rsidRDefault="00192562">
      <w:pPr>
        <w:pStyle w:val="ListBullet"/>
      </w:pPr>
      <w:r>
        <w:t>a) Ctrl + D</w:t>
      </w:r>
    </w:p>
    <w:p w14:paraId="5EF70C6C" w14:textId="77777777" w:rsidR="005D448F" w:rsidRDefault="00192562">
      <w:pPr>
        <w:pStyle w:val="ListBullet"/>
      </w:pPr>
      <w:r>
        <w:t>b) Delete</w:t>
      </w:r>
    </w:p>
    <w:p w14:paraId="46A47F60" w14:textId="77777777" w:rsidR="005D448F" w:rsidRDefault="00192562">
      <w:pPr>
        <w:pStyle w:val="ListBullet"/>
      </w:pPr>
      <w:r>
        <w:t>c) Ctrl + C</w:t>
      </w:r>
    </w:p>
    <w:p w14:paraId="2FB74E2F" w14:textId="77777777" w:rsidR="005D448F" w:rsidRDefault="00192562">
      <w:r>
        <w:t>5. Ce comandă rapidă se folosește pentru lipire?</w:t>
      </w:r>
    </w:p>
    <w:p w14:paraId="263F1F6B" w14:textId="77777777" w:rsidR="005D448F" w:rsidRDefault="00192562">
      <w:pPr>
        <w:pStyle w:val="ListBullet"/>
      </w:pPr>
      <w:r>
        <w:t xml:space="preserve">a) Ctrl + </w:t>
      </w:r>
      <w:r>
        <w:t>V</w:t>
      </w:r>
    </w:p>
    <w:p w14:paraId="5EA50424" w14:textId="77777777" w:rsidR="005D448F" w:rsidRDefault="00192562">
      <w:pPr>
        <w:pStyle w:val="ListBullet"/>
      </w:pPr>
      <w:r>
        <w:t>b) Ctrl + X</w:t>
      </w:r>
    </w:p>
    <w:p w14:paraId="7B9CC2B9" w14:textId="77777777" w:rsidR="005D448F" w:rsidRDefault="00192562">
      <w:pPr>
        <w:pStyle w:val="ListBullet"/>
      </w:pPr>
      <w:r>
        <w:t>c) Ctrl + Z</w:t>
      </w:r>
    </w:p>
    <w:p w14:paraId="47E737C1" w14:textId="77777777" w:rsidR="005D448F" w:rsidRDefault="00192562">
      <w:r>
        <w:t>6. Ce instrument se folosește pentru ștergerea unei părți din imagine?</w:t>
      </w:r>
    </w:p>
    <w:p w14:paraId="0C52CD65" w14:textId="77777777" w:rsidR="005D448F" w:rsidRDefault="00192562">
      <w:pPr>
        <w:pStyle w:val="ListBullet"/>
      </w:pPr>
      <w:r>
        <w:t>a) Pensula</w:t>
      </w:r>
    </w:p>
    <w:p w14:paraId="5F9E4CD8" w14:textId="77777777" w:rsidR="005D448F" w:rsidRDefault="00192562">
      <w:pPr>
        <w:pStyle w:val="ListBullet"/>
      </w:pPr>
      <w:r>
        <w:t>b) Radiera</w:t>
      </w:r>
    </w:p>
    <w:p w14:paraId="56F6DA4D" w14:textId="77777777" w:rsidR="005D448F" w:rsidRDefault="00192562">
      <w:pPr>
        <w:pStyle w:val="ListBullet"/>
      </w:pPr>
      <w:r>
        <w:t>c) Umplerea</w:t>
      </w:r>
    </w:p>
    <w:p w14:paraId="5721A206" w14:textId="77777777" w:rsidR="005D448F" w:rsidRDefault="00192562">
      <w:r>
        <w:t>7. Ce operație modifică dimensiunea unei imagini?</w:t>
      </w:r>
    </w:p>
    <w:p w14:paraId="4051A928" w14:textId="77777777" w:rsidR="005D448F" w:rsidRDefault="00192562">
      <w:pPr>
        <w:pStyle w:val="ListBullet"/>
      </w:pPr>
      <w:r>
        <w:t>a) Redimensionare</w:t>
      </w:r>
    </w:p>
    <w:p w14:paraId="17D3295E" w14:textId="77777777" w:rsidR="005D448F" w:rsidRDefault="00192562">
      <w:pPr>
        <w:pStyle w:val="ListBullet"/>
      </w:pPr>
      <w:r>
        <w:t>b) Rotire</w:t>
      </w:r>
    </w:p>
    <w:p w14:paraId="1AE6B9B7" w14:textId="77777777" w:rsidR="005D448F" w:rsidRDefault="00192562">
      <w:pPr>
        <w:pStyle w:val="ListBullet"/>
      </w:pPr>
      <w:r>
        <w:t>c) Panoramare</w:t>
      </w:r>
    </w:p>
    <w:p w14:paraId="206F6EA9" w14:textId="77777777" w:rsidR="005D448F" w:rsidRDefault="00192562">
      <w:r>
        <w:t xml:space="preserve">8. Ce comandă rapidă se </w:t>
      </w:r>
      <w:r>
        <w:t>folosește pentru imprimare?</w:t>
      </w:r>
    </w:p>
    <w:p w14:paraId="6DF50051" w14:textId="77777777" w:rsidR="005D448F" w:rsidRDefault="00192562">
      <w:pPr>
        <w:pStyle w:val="ListBullet"/>
      </w:pPr>
      <w:r>
        <w:lastRenderedPageBreak/>
        <w:t>a) Ctrl + S</w:t>
      </w:r>
    </w:p>
    <w:p w14:paraId="6B1A02BB" w14:textId="77777777" w:rsidR="005D448F" w:rsidRDefault="00192562">
      <w:pPr>
        <w:pStyle w:val="ListBullet"/>
      </w:pPr>
      <w:r>
        <w:t>b) Ctrl + P</w:t>
      </w:r>
    </w:p>
    <w:p w14:paraId="5FE7C1EF" w14:textId="77777777" w:rsidR="005D448F" w:rsidRDefault="00192562">
      <w:pPr>
        <w:pStyle w:val="ListBullet"/>
      </w:pPr>
      <w:r>
        <w:t>c) Ctrl + W</w:t>
      </w:r>
    </w:p>
    <w:p w14:paraId="5907CD5B" w14:textId="77777777" w:rsidR="005D448F" w:rsidRDefault="00192562">
      <w:r>
        <w:t>9. Ce permite inserarea textului într-o imagine?</w:t>
      </w:r>
    </w:p>
    <w:p w14:paraId="1B5E0C9A" w14:textId="77777777" w:rsidR="005D448F" w:rsidRDefault="00192562">
      <w:pPr>
        <w:pStyle w:val="ListBullet"/>
      </w:pPr>
      <w:r>
        <w:t>a) Instrumentul Text</w:t>
      </w:r>
    </w:p>
    <w:p w14:paraId="0216430B" w14:textId="77777777" w:rsidR="005D448F" w:rsidRDefault="00192562">
      <w:pPr>
        <w:pStyle w:val="ListBullet"/>
      </w:pPr>
      <w:r>
        <w:t>b) Instrumentul Pensulă</w:t>
      </w:r>
    </w:p>
    <w:p w14:paraId="2B16C155" w14:textId="77777777" w:rsidR="005D448F" w:rsidRDefault="00192562">
      <w:pPr>
        <w:pStyle w:val="ListBullet"/>
      </w:pPr>
      <w:r>
        <w:t>c) Instrumentul Umplere</w:t>
      </w:r>
    </w:p>
    <w:sectPr w:rsidR="005D448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562"/>
    <w:rsid w:val="0029639D"/>
    <w:rsid w:val="00326F90"/>
    <w:rsid w:val="005D448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4C627"/>
  <w14:defaultImageDpi w14:val="300"/>
  <w15:docId w15:val="{F352FD20-B5AA-4082-97CF-71216F9C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3</cp:revision>
  <dcterms:created xsi:type="dcterms:W3CDTF">2013-12-23T23:15:00Z</dcterms:created>
  <dcterms:modified xsi:type="dcterms:W3CDTF">2026-02-09T15:45:00Z</dcterms:modified>
  <cp:category/>
</cp:coreProperties>
</file>