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2D5AB02" w14:textId="77777777" w:rsidR="00E462E4" w:rsidRDefault="007C0CFA">
      <w:pPr>
        <w:pStyle w:val="Heading1"/>
      </w:pPr>
      <w:r>
        <w:t>Test – Aplicații de tip foi de calcul</w:t>
      </w:r>
    </w:p>
    <w:p w14:paraId="5A0E24E5" w14:textId="77777777" w:rsidR="00E462E4" w:rsidRDefault="007C0CFA">
      <w:r>
        <w:t>1. Cum se deschide o aplicație de tip foaie de calcul?</w:t>
      </w:r>
    </w:p>
    <w:p w14:paraId="6BAA55BC" w14:textId="77777777" w:rsidR="00E462E4" w:rsidRDefault="007C0CFA">
      <w:pPr>
        <w:pStyle w:val="ListBullet"/>
      </w:pPr>
      <w:r>
        <w:t>a) Dublu clic pe pictograma aplicației</w:t>
      </w:r>
    </w:p>
    <w:p w14:paraId="00A7F766" w14:textId="77777777" w:rsidR="00E462E4" w:rsidRDefault="007C0CFA">
      <w:pPr>
        <w:pStyle w:val="ListBullet"/>
      </w:pPr>
      <w:r>
        <w:t>b) Comanda Salvare</w:t>
      </w:r>
    </w:p>
    <w:p w14:paraId="46CABF53" w14:textId="77777777" w:rsidR="00E462E4" w:rsidRDefault="007C0CFA">
      <w:pPr>
        <w:pStyle w:val="ListBullet"/>
      </w:pPr>
      <w:r>
        <w:t>c) Închiderea registrului</w:t>
      </w:r>
    </w:p>
    <w:p w14:paraId="6B1AA0A1" w14:textId="77777777" w:rsidR="00E462E4" w:rsidRDefault="007C0CFA">
      <w:r>
        <w:t>2. Ce operație permite salvarea unei foi sau a unui registru de calcul?</w:t>
      </w:r>
    </w:p>
    <w:p w14:paraId="77911EBF" w14:textId="77777777" w:rsidR="00E462E4" w:rsidRDefault="007C0CFA">
      <w:pPr>
        <w:pStyle w:val="ListBullet"/>
      </w:pPr>
      <w:r>
        <w:t>a) Deschidere</w:t>
      </w:r>
    </w:p>
    <w:p w14:paraId="155572B6" w14:textId="77777777" w:rsidR="00E462E4" w:rsidRDefault="007C0CFA">
      <w:pPr>
        <w:pStyle w:val="ListBullet"/>
      </w:pPr>
      <w:r>
        <w:t>b) Salvare</w:t>
      </w:r>
    </w:p>
    <w:p w14:paraId="0A1E6432" w14:textId="77777777" w:rsidR="00E462E4" w:rsidRDefault="007C0CFA">
      <w:pPr>
        <w:pStyle w:val="ListBullet"/>
      </w:pPr>
      <w:r>
        <w:t>c) Vizualizare</w:t>
      </w:r>
    </w:p>
    <w:p w14:paraId="4AF68EDB" w14:textId="77777777" w:rsidR="00E462E4" w:rsidRDefault="007C0CFA">
      <w:r>
        <w:t>3. Care este rolul funcției „Ajutor”?</w:t>
      </w:r>
    </w:p>
    <w:p w14:paraId="6FD34657" w14:textId="77777777" w:rsidR="00E462E4" w:rsidRDefault="007C0CFA">
      <w:pPr>
        <w:pStyle w:val="ListBullet"/>
      </w:pPr>
      <w:r>
        <w:t>a) Oferă informații și suport despre utilizarea aplicației</w:t>
      </w:r>
    </w:p>
    <w:p w14:paraId="173E6F32" w14:textId="77777777" w:rsidR="00E462E4" w:rsidRDefault="007C0CFA">
      <w:pPr>
        <w:pStyle w:val="ListBullet"/>
      </w:pPr>
      <w:r>
        <w:t>b) Formatează celulele</w:t>
      </w:r>
    </w:p>
    <w:p w14:paraId="513C80BE" w14:textId="77777777" w:rsidR="00E462E4" w:rsidRDefault="007C0CFA">
      <w:pPr>
        <w:pStyle w:val="ListBullet"/>
      </w:pPr>
      <w:r>
        <w:t>c) Închide aplicația</w:t>
      </w:r>
    </w:p>
    <w:p w14:paraId="1923DFFA" w14:textId="77777777" w:rsidR="00E462E4" w:rsidRDefault="007C0CFA">
      <w:r>
        <w:t>4. Cum se închide corect o aplicație de foi de calcul?</w:t>
      </w:r>
    </w:p>
    <w:p w14:paraId="10544354" w14:textId="77777777" w:rsidR="00E462E4" w:rsidRDefault="007C0CFA">
      <w:pPr>
        <w:pStyle w:val="ListBullet"/>
      </w:pPr>
      <w:r>
        <w:t>a) Prin comanda Deschidere</w:t>
      </w:r>
    </w:p>
    <w:p w14:paraId="0BA7A843" w14:textId="77777777" w:rsidR="00E462E4" w:rsidRDefault="007C0CFA">
      <w:pPr>
        <w:pStyle w:val="ListBullet"/>
      </w:pPr>
      <w:r>
        <w:t>b) Prin apăsarea tastei Enter</w:t>
      </w:r>
    </w:p>
    <w:p w14:paraId="39EED567" w14:textId="77777777" w:rsidR="00E462E4" w:rsidRDefault="007C0CFA">
      <w:pPr>
        <w:pStyle w:val="ListBullet"/>
      </w:pPr>
      <w:r>
        <w:t>c) Prin comanda Închidere / Exit</w:t>
      </w:r>
    </w:p>
    <w:p w14:paraId="1A7D99B3" w14:textId="77777777" w:rsidR="00E462E4" w:rsidRDefault="007C0CFA">
      <w:r>
        <w:t>5. Ce permit modurile de vizualizare ale unei foi de calcul?</w:t>
      </w:r>
    </w:p>
    <w:p w14:paraId="5F7E343A" w14:textId="77777777" w:rsidR="00E462E4" w:rsidRDefault="007C0CFA">
      <w:pPr>
        <w:pStyle w:val="ListBullet"/>
      </w:pPr>
      <w:r>
        <w:t>a) Schimbarea fontului</w:t>
      </w:r>
    </w:p>
    <w:p w14:paraId="07A68ADD" w14:textId="77777777" w:rsidR="00E462E4" w:rsidRDefault="007C0CFA">
      <w:pPr>
        <w:pStyle w:val="ListBullet"/>
      </w:pPr>
      <w:r>
        <w:t>b) Afișarea foii în diferite moduri</w:t>
      </w:r>
    </w:p>
    <w:p w14:paraId="1B29E215" w14:textId="77777777" w:rsidR="00E462E4" w:rsidRDefault="007C0CFA">
      <w:pPr>
        <w:pStyle w:val="ListBullet"/>
      </w:pPr>
      <w:r>
        <w:t>c) Inserarea formulelor</w:t>
      </w:r>
    </w:p>
    <w:p w14:paraId="30D2F009" w14:textId="77777777" w:rsidR="00E462E4" w:rsidRDefault="007C0CFA">
      <w:r>
        <w:t>6. Ce tipuri de date pot fi introduse într-o celulă?</w:t>
      </w:r>
    </w:p>
    <w:p w14:paraId="274F49C9" w14:textId="77777777" w:rsidR="00E462E4" w:rsidRDefault="007C0CFA">
      <w:pPr>
        <w:pStyle w:val="ListBullet"/>
      </w:pPr>
      <w:r>
        <w:t>a) Doar numere</w:t>
      </w:r>
    </w:p>
    <w:p w14:paraId="27CE668F" w14:textId="77777777" w:rsidR="00E462E4" w:rsidRDefault="007C0CFA">
      <w:pPr>
        <w:pStyle w:val="ListBullet"/>
      </w:pPr>
      <w:r>
        <w:t>b) Numere, text și simboluri</w:t>
      </w:r>
    </w:p>
    <w:p w14:paraId="34413AD1" w14:textId="77777777" w:rsidR="00E462E4" w:rsidRDefault="007C0CFA">
      <w:pPr>
        <w:pStyle w:val="ListBullet"/>
      </w:pPr>
      <w:r>
        <w:t>c) Doar formule</w:t>
      </w:r>
    </w:p>
    <w:p w14:paraId="457A269D" w14:textId="77777777" w:rsidR="00E462E4" w:rsidRDefault="007C0CFA">
      <w:r>
        <w:t>7. Ce operație permite copierea sau mutarea conținutului unei celule?</w:t>
      </w:r>
    </w:p>
    <w:p w14:paraId="7A2821D5" w14:textId="77777777" w:rsidR="00E462E4" w:rsidRDefault="007C0CFA">
      <w:pPr>
        <w:pStyle w:val="ListBullet"/>
      </w:pPr>
      <w:r>
        <w:t>a) Căutare</w:t>
      </w:r>
    </w:p>
    <w:p w14:paraId="70A6EF8C" w14:textId="77777777" w:rsidR="00E462E4" w:rsidRDefault="007C0CFA">
      <w:pPr>
        <w:pStyle w:val="ListBullet"/>
      </w:pPr>
      <w:r>
        <w:t>b) Copiere / Decupare și Lipire</w:t>
      </w:r>
    </w:p>
    <w:p w14:paraId="4F40C1C6" w14:textId="77777777" w:rsidR="00E462E4" w:rsidRDefault="007C0CFA">
      <w:pPr>
        <w:pStyle w:val="ListBullet"/>
      </w:pPr>
      <w:r>
        <w:t>c) Formatare</w:t>
      </w:r>
    </w:p>
    <w:p w14:paraId="0256A2C6" w14:textId="77777777" w:rsidR="00E462E4" w:rsidRDefault="007C0CFA">
      <w:r>
        <w:t>8. Ce reprezintă o formulă într-o foaie de calcul?</w:t>
      </w:r>
    </w:p>
    <w:p w14:paraId="50AF313D" w14:textId="77777777" w:rsidR="00E462E4" w:rsidRDefault="007C0CFA">
      <w:pPr>
        <w:pStyle w:val="ListBullet"/>
      </w:pPr>
      <w:r>
        <w:lastRenderedPageBreak/>
        <w:t>a) Un text simplu</w:t>
      </w:r>
    </w:p>
    <w:p w14:paraId="6C00CA8D" w14:textId="77777777" w:rsidR="00E462E4" w:rsidRDefault="007C0CFA">
      <w:pPr>
        <w:pStyle w:val="ListBullet"/>
      </w:pPr>
      <w:r>
        <w:t>b) O comandă care începe cu semnul „=”</w:t>
      </w:r>
    </w:p>
    <w:p w14:paraId="75676873" w14:textId="77777777" w:rsidR="00E462E4" w:rsidRDefault="007C0CFA">
      <w:pPr>
        <w:pStyle w:val="ListBullet"/>
      </w:pPr>
      <w:r>
        <w:t>c) O imagine inserată</w:t>
      </w:r>
    </w:p>
    <w:p w14:paraId="1B1EECE8" w14:textId="77777777" w:rsidR="00E462E4" w:rsidRDefault="007C0CFA">
      <w:r>
        <w:t>9. Ce rol au funcțiile SUM, MIN, MAX sau AVERAGE?</w:t>
      </w:r>
    </w:p>
    <w:p w14:paraId="0C732DC4" w14:textId="77777777" w:rsidR="00E462E4" w:rsidRDefault="007C0CFA">
      <w:pPr>
        <w:pStyle w:val="ListBullet"/>
      </w:pPr>
      <w:r>
        <w:t>a) Formatează celulele</w:t>
      </w:r>
    </w:p>
    <w:p w14:paraId="39AF757F" w14:textId="77777777" w:rsidR="00E462E4" w:rsidRDefault="007C0CFA">
      <w:pPr>
        <w:pStyle w:val="ListBullet"/>
      </w:pPr>
      <w:r>
        <w:t>b) Realizează calcule automate asupra datelor</w:t>
      </w:r>
    </w:p>
    <w:p w14:paraId="1B3B52F2" w14:textId="77777777" w:rsidR="00E462E4" w:rsidRDefault="007C0CFA">
      <w:pPr>
        <w:pStyle w:val="ListBullet"/>
      </w:pPr>
      <w:r>
        <w:t>c) Modifică dimensiunea coloanelor</w:t>
      </w:r>
    </w:p>
    <w:p w14:paraId="4DE9BE2B" w14:textId="7D768730" w:rsidR="00E462E4" w:rsidRDefault="00E462E4"/>
    <w:sectPr w:rsidR="00E462E4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9639D"/>
    <w:rsid w:val="00326F90"/>
    <w:rsid w:val="007C0CFA"/>
    <w:rsid w:val="00AA1D8D"/>
    <w:rsid w:val="00B47730"/>
    <w:rsid w:val="00BA3845"/>
    <w:rsid w:val="00CB0664"/>
    <w:rsid w:val="00E462E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C67EB38"/>
  <w14:defaultImageDpi w14:val="300"/>
  <w15:docId w15:val="{AF6DAB9A-17DE-4F53-921D-AF99A4CF1D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182</Words>
  <Characters>1061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1241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Octavian</cp:lastModifiedBy>
  <cp:revision>4</cp:revision>
  <dcterms:created xsi:type="dcterms:W3CDTF">2026-02-09T11:13:00Z</dcterms:created>
  <dcterms:modified xsi:type="dcterms:W3CDTF">2026-02-09T11:26:00Z</dcterms:modified>
  <cp:category/>
</cp:coreProperties>
</file>