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D2C2E" w14:textId="77777777" w:rsidR="007943C7" w:rsidRDefault="002265A8">
      <w:pPr>
        <w:pStyle w:val="Heading1"/>
      </w:pPr>
      <w:r>
        <w:t>Test – Aplicații de procesare a textului</w:t>
      </w:r>
    </w:p>
    <w:p w14:paraId="2144B42F" w14:textId="77777777" w:rsidR="007943C7" w:rsidRDefault="002265A8">
      <w:r>
        <w:t>1. Ce comandă este utilizată pentru lansarea unei aplicații de procesare a textului?</w:t>
      </w:r>
    </w:p>
    <w:p w14:paraId="63C12FE3" w14:textId="77777777" w:rsidR="007943C7" w:rsidRDefault="002265A8">
      <w:pPr>
        <w:pStyle w:val="ListBullet"/>
      </w:pPr>
      <w:r>
        <w:t>a) Dublu clic pe pictograma aplicației</w:t>
      </w:r>
    </w:p>
    <w:p w14:paraId="0556F5E1" w14:textId="77777777" w:rsidR="007943C7" w:rsidRDefault="002265A8">
      <w:pPr>
        <w:pStyle w:val="ListBullet"/>
      </w:pPr>
      <w:r>
        <w:t>b) Comanda Salvare</w:t>
      </w:r>
    </w:p>
    <w:p w14:paraId="7423671E" w14:textId="77777777" w:rsidR="007943C7" w:rsidRDefault="002265A8">
      <w:pPr>
        <w:pStyle w:val="ListBullet"/>
      </w:pPr>
      <w:r>
        <w:t>c) Închiderea documentului</w:t>
      </w:r>
    </w:p>
    <w:p w14:paraId="0D37D473" w14:textId="77777777" w:rsidR="007943C7" w:rsidRDefault="002265A8">
      <w:r>
        <w:t>2. Ce comandă se folosește pentru a crea un document nou?</w:t>
      </w:r>
    </w:p>
    <w:p w14:paraId="31DDFEA5" w14:textId="77777777" w:rsidR="007943C7" w:rsidRDefault="002265A8">
      <w:pPr>
        <w:pStyle w:val="ListBullet"/>
      </w:pPr>
      <w:r>
        <w:t>a) Deschidere</w:t>
      </w:r>
    </w:p>
    <w:p w14:paraId="2C7EC2A1" w14:textId="77777777" w:rsidR="007943C7" w:rsidRDefault="002265A8">
      <w:pPr>
        <w:pStyle w:val="ListBullet"/>
      </w:pPr>
      <w:r>
        <w:t>b) Document nou</w:t>
      </w:r>
    </w:p>
    <w:p w14:paraId="15FD674B" w14:textId="77777777" w:rsidR="007943C7" w:rsidRDefault="002265A8">
      <w:pPr>
        <w:pStyle w:val="ListBullet"/>
      </w:pPr>
      <w:r>
        <w:t>c) Închidere</w:t>
      </w:r>
    </w:p>
    <w:p w14:paraId="357062B1" w14:textId="77777777" w:rsidR="007943C7" w:rsidRDefault="002265A8">
      <w:r>
        <w:t>3. Ce se întâmplă când folosim funcția „Anulare”?</w:t>
      </w:r>
    </w:p>
    <w:p w14:paraId="3386EDDA" w14:textId="77777777" w:rsidR="007943C7" w:rsidRDefault="002265A8">
      <w:pPr>
        <w:pStyle w:val="ListBullet"/>
      </w:pPr>
      <w:r>
        <w:t>a) Se șterge documentul</w:t>
      </w:r>
    </w:p>
    <w:p w14:paraId="5A5F9DF5" w14:textId="77777777" w:rsidR="007943C7" w:rsidRDefault="002265A8">
      <w:pPr>
        <w:pStyle w:val="ListBullet"/>
      </w:pPr>
      <w:r>
        <w:t>b) Se revine la ultima acțiune efectuată</w:t>
      </w:r>
    </w:p>
    <w:p w14:paraId="213BB113" w14:textId="77777777" w:rsidR="007943C7" w:rsidRDefault="002265A8">
      <w:pPr>
        <w:pStyle w:val="ListBullet"/>
      </w:pPr>
      <w:r>
        <w:t>c) Se salvează documentul</w:t>
      </w:r>
    </w:p>
    <w:p w14:paraId="0A04DD0E" w14:textId="77777777" w:rsidR="007943C7" w:rsidRDefault="002265A8">
      <w:r>
        <w:t>4. Ce tipuri de informații pot fi selectate într-un document?</w:t>
      </w:r>
    </w:p>
    <w:p w14:paraId="77A10992" w14:textId="77777777" w:rsidR="007943C7" w:rsidRDefault="002265A8">
      <w:pPr>
        <w:pStyle w:val="ListBullet"/>
      </w:pPr>
      <w:r>
        <w:t>a) Doar cuvinte</w:t>
      </w:r>
    </w:p>
    <w:p w14:paraId="77F91BAC" w14:textId="77777777" w:rsidR="007943C7" w:rsidRDefault="002265A8">
      <w:pPr>
        <w:pStyle w:val="ListBullet"/>
      </w:pPr>
      <w:r>
        <w:t>b) Caracter, cuvânt, paragraf, întregul document</w:t>
      </w:r>
    </w:p>
    <w:p w14:paraId="2AA79C95" w14:textId="77777777" w:rsidR="007943C7" w:rsidRDefault="002265A8">
      <w:pPr>
        <w:pStyle w:val="ListBullet"/>
      </w:pPr>
      <w:r>
        <w:t>c) Doar paragrafe</w:t>
      </w:r>
    </w:p>
    <w:p w14:paraId="7B2EC6C8" w14:textId="77777777" w:rsidR="007943C7" w:rsidRDefault="002265A8">
      <w:r>
        <w:t>5. Ce comandă este utilizată pentru mutarea unui text?</w:t>
      </w:r>
    </w:p>
    <w:p w14:paraId="4C8CF1DF" w14:textId="77777777" w:rsidR="007943C7" w:rsidRDefault="002265A8">
      <w:pPr>
        <w:pStyle w:val="ListBullet"/>
      </w:pPr>
      <w:r>
        <w:t>a) Copiere</w:t>
      </w:r>
    </w:p>
    <w:p w14:paraId="5627E4BB" w14:textId="77777777" w:rsidR="007943C7" w:rsidRDefault="002265A8">
      <w:pPr>
        <w:pStyle w:val="ListBullet"/>
      </w:pPr>
      <w:r>
        <w:t>b) Decupare</w:t>
      </w:r>
    </w:p>
    <w:p w14:paraId="537EC947" w14:textId="77777777" w:rsidR="007943C7" w:rsidRDefault="002265A8">
      <w:pPr>
        <w:pStyle w:val="ListBullet"/>
      </w:pPr>
      <w:r>
        <w:t>c) Găsire</w:t>
      </w:r>
    </w:p>
    <w:p w14:paraId="41FC7F7C" w14:textId="77777777" w:rsidR="007943C7" w:rsidRDefault="002265A8">
      <w:r>
        <w:t>6. Care dintre următoarele este un stil de text?</w:t>
      </w:r>
    </w:p>
    <w:p w14:paraId="0EB397F5" w14:textId="77777777" w:rsidR="007943C7" w:rsidRDefault="002265A8">
      <w:pPr>
        <w:pStyle w:val="ListBullet"/>
      </w:pPr>
      <w:r>
        <w:t>a) Bold (aldin)</w:t>
      </w:r>
    </w:p>
    <w:p w14:paraId="1AD958AA" w14:textId="77777777" w:rsidR="007943C7" w:rsidRDefault="002265A8">
      <w:pPr>
        <w:pStyle w:val="ListBullet"/>
      </w:pPr>
      <w:r>
        <w:t>b) Tabulator</w:t>
      </w:r>
    </w:p>
    <w:p w14:paraId="1F2B3040" w14:textId="77777777" w:rsidR="007943C7" w:rsidRDefault="002265A8">
      <w:pPr>
        <w:pStyle w:val="ListBullet"/>
      </w:pPr>
      <w:r>
        <w:t>c) Margine de pagină</w:t>
      </w:r>
    </w:p>
    <w:p w14:paraId="56E6CD75" w14:textId="77777777" w:rsidR="007943C7" w:rsidRDefault="002265A8">
      <w:r>
        <w:t>7. Ce rol are comanda „Găsire și Înlocuire”?</w:t>
      </w:r>
    </w:p>
    <w:p w14:paraId="6F64E2E8" w14:textId="77777777" w:rsidR="007943C7" w:rsidRDefault="002265A8">
      <w:pPr>
        <w:pStyle w:val="ListBullet"/>
      </w:pPr>
      <w:r>
        <w:t>a) Aliniază textul</w:t>
      </w:r>
    </w:p>
    <w:p w14:paraId="0C61E395" w14:textId="77777777" w:rsidR="007943C7" w:rsidRDefault="002265A8">
      <w:pPr>
        <w:pStyle w:val="ListBullet"/>
      </w:pPr>
      <w:r>
        <w:t>b) Caută și înlocuiește cuvinte în document</w:t>
      </w:r>
    </w:p>
    <w:p w14:paraId="22648400" w14:textId="77777777" w:rsidR="007943C7" w:rsidRDefault="002265A8">
      <w:pPr>
        <w:pStyle w:val="ListBullet"/>
      </w:pPr>
      <w:r>
        <w:t>c) Inserează imagini</w:t>
      </w:r>
    </w:p>
    <w:p w14:paraId="0528C8AC" w14:textId="77777777" w:rsidR="007943C7" w:rsidRDefault="002265A8">
      <w:r>
        <w:t>8. Ce permite utilizarea tabulatorilor într-un document?</w:t>
      </w:r>
    </w:p>
    <w:p w14:paraId="08A72BB4" w14:textId="77777777" w:rsidR="007943C7" w:rsidRDefault="002265A8">
      <w:pPr>
        <w:pStyle w:val="ListBullet"/>
      </w:pPr>
      <w:r>
        <w:lastRenderedPageBreak/>
        <w:t>a) Inserarea tabelelor</w:t>
      </w:r>
    </w:p>
    <w:p w14:paraId="10445B3B" w14:textId="77777777" w:rsidR="007943C7" w:rsidRDefault="002265A8">
      <w:pPr>
        <w:pStyle w:val="ListBullet"/>
      </w:pPr>
      <w:r>
        <w:t>b) Alinierea textului la poziții precise</w:t>
      </w:r>
    </w:p>
    <w:p w14:paraId="296C9ACF" w14:textId="77777777" w:rsidR="007943C7" w:rsidRDefault="002265A8">
      <w:pPr>
        <w:pStyle w:val="ListBullet"/>
      </w:pPr>
      <w:r>
        <w:t>c) Schimbarea culorii textului</w:t>
      </w:r>
    </w:p>
    <w:p w14:paraId="467BCFC4" w14:textId="77777777" w:rsidR="007943C7" w:rsidRDefault="002265A8">
      <w:r>
        <w:t>9. De ce este importantă organizarea documentelor într-o structură de directoare?</w:t>
      </w:r>
    </w:p>
    <w:p w14:paraId="16DE6082" w14:textId="77777777" w:rsidR="007943C7" w:rsidRDefault="002265A8">
      <w:pPr>
        <w:pStyle w:val="ListBullet"/>
      </w:pPr>
      <w:r>
        <w:t>a) Pentru a găsi și gestiona ușor fișierele</w:t>
      </w:r>
    </w:p>
    <w:p w14:paraId="6C290795" w14:textId="77777777" w:rsidR="007943C7" w:rsidRDefault="002265A8">
      <w:pPr>
        <w:pStyle w:val="ListBullet"/>
      </w:pPr>
      <w:r>
        <w:t>b) Pentru a modifica fontul textului</w:t>
      </w:r>
    </w:p>
    <w:p w14:paraId="7D14CD58" w14:textId="77777777" w:rsidR="007943C7" w:rsidRDefault="002265A8">
      <w:pPr>
        <w:pStyle w:val="ListBullet"/>
      </w:pPr>
      <w:r>
        <w:t>c) Pentru a insera imagini</w:t>
      </w:r>
    </w:p>
    <w:p w14:paraId="7809061B" w14:textId="24334004" w:rsidR="007943C7" w:rsidRDefault="007943C7"/>
    <w:sectPr w:rsidR="007943C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265A8"/>
    <w:rsid w:val="0029639D"/>
    <w:rsid w:val="00326F90"/>
    <w:rsid w:val="007943C7"/>
    <w:rsid w:val="00AA1D8D"/>
    <w:rsid w:val="00B47730"/>
    <w:rsid w:val="00CB0664"/>
    <w:rsid w:val="00D53C3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B2C076"/>
  <w14:defaultImageDpi w14:val="300"/>
  <w15:docId w15:val="{AF6DAB9A-17DE-4F53-921D-AF99A4CF1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Octavian</cp:lastModifiedBy>
  <cp:revision>4</cp:revision>
  <dcterms:created xsi:type="dcterms:W3CDTF">2026-02-09T11:17:00Z</dcterms:created>
  <dcterms:modified xsi:type="dcterms:W3CDTF">2026-02-09T12:33:00Z</dcterms:modified>
  <cp:category/>
</cp:coreProperties>
</file>