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FADFF" w14:textId="77777777" w:rsidR="00036981" w:rsidRDefault="00C6304C">
      <w:pPr>
        <w:pStyle w:val="Heading1"/>
      </w:pPr>
      <w:r>
        <w:t>Test – Aplicații de procesare a textului (Varianta 2)</w:t>
      </w:r>
    </w:p>
    <w:p w14:paraId="3DC30580" w14:textId="77777777" w:rsidR="00036981" w:rsidRDefault="00C6304C">
      <w:r>
        <w:t>1. Cum se lansează o aplicație de procesare a textului?</w:t>
      </w:r>
    </w:p>
    <w:p w14:paraId="7DB6CEB2" w14:textId="77777777" w:rsidR="00036981" w:rsidRDefault="00C6304C">
      <w:pPr>
        <w:pStyle w:val="ListBullet"/>
      </w:pPr>
      <w:r>
        <w:t>a) Prin dublu clic pe pictograma aplicației</w:t>
      </w:r>
    </w:p>
    <w:p w14:paraId="692482A4" w14:textId="77777777" w:rsidR="00036981" w:rsidRDefault="00C6304C">
      <w:pPr>
        <w:pStyle w:val="ListBullet"/>
      </w:pPr>
      <w:r>
        <w:t>b) Prin comanda Închidere</w:t>
      </w:r>
    </w:p>
    <w:p w14:paraId="38B4B0B6" w14:textId="77777777" w:rsidR="00036981" w:rsidRDefault="00C6304C">
      <w:pPr>
        <w:pStyle w:val="ListBullet"/>
      </w:pPr>
      <w:r>
        <w:t>c) Prin comanda Salvare</w:t>
      </w:r>
    </w:p>
    <w:p w14:paraId="06EBF583" w14:textId="77777777" w:rsidR="00036981" w:rsidRDefault="00C6304C">
      <w:r>
        <w:t>2. Ce comandă permite deschiderea unui document existent?</w:t>
      </w:r>
    </w:p>
    <w:p w14:paraId="25364954" w14:textId="77777777" w:rsidR="00036981" w:rsidRDefault="00C6304C">
      <w:pPr>
        <w:pStyle w:val="ListBullet"/>
      </w:pPr>
      <w:r>
        <w:t>a) Document nou</w:t>
      </w:r>
    </w:p>
    <w:p w14:paraId="2EA7F1D6" w14:textId="77777777" w:rsidR="00036981" w:rsidRDefault="00C6304C">
      <w:pPr>
        <w:pStyle w:val="ListBullet"/>
      </w:pPr>
      <w:r>
        <w:t>b) Deschidere</w:t>
      </w:r>
    </w:p>
    <w:p w14:paraId="7BF55BCE" w14:textId="77777777" w:rsidR="00036981" w:rsidRDefault="00C6304C">
      <w:pPr>
        <w:pStyle w:val="ListBullet"/>
      </w:pPr>
      <w:r>
        <w:t>c) Salvare</w:t>
      </w:r>
    </w:p>
    <w:p w14:paraId="0ECFEF77" w14:textId="77777777" w:rsidR="00036981" w:rsidRDefault="00C6304C">
      <w:r>
        <w:t>3. Ce operație trebuie realizată după modificarea unui document pentru a păstra schimbările?</w:t>
      </w:r>
    </w:p>
    <w:p w14:paraId="5A2264FF" w14:textId="77777777" w:rsidR="00036981" w:rsidRDefault="00C6304C">
      <w:pPr>
        <w:pStyle w:val="ListBullet"/>
      </w:pPr>
      <w:r>
        <w:t>a) Închidere</w:t>
      </w:r>
    </w:p>
    <w:p w14:paraId="74897063" w14:textId="77777777" w:rsidR="00036981" w:rsidRDefault="00C6304C">
      <w:pPr>
        <w:pStyle w:val="ListBullet"/>
      </w:pPr>
      <w:r>
        <w:t>b) Salvare</w:t>
      </w:r>
    </w:p>
    <w:p w14:paraId="57A9796E" w14:textId="77777777" w:rsidR="00036981" w:rsidRDefault="00C6304C">
      <w:pPr>
        <w:pStyle w:val="ListBullet"/>
      </w:pPr>
      <w:r>
        <w:t>c) Anulare</w:t>
      </w:r>
    </w:p>
    <w:p w14:paraId="1BA4475B" w14:textId="77777777" w:rsidR="00036981" w:rsidRDefault="00C6304C">
      <w:r>
        <w:t>4. Ce face funcția „Ajutor” într-o aplicație de procesare a textului?</w:t>
      </w:r>
    </w:p>
    <w:p w14:paraId="08523219" w14:textId="77777777" w:rsidR="00036981" w:rsidRDefault="00C6304C">
      <w:pPr>
        <w:pStyle w:val="ListBullet"/>
      </w:pPr>
      <w:r>
        <w:t>a) Oferă informații despre utilizarea aplicației</w:t>
      </w:r>
    </w:p>
    <w:p w14:paraId="545899DC" w14:textId="77777777" w:rsidR="00036981" w:rsidRDefault="00C6304C">
      <w:pPr>
        <w:pStyle w:val="ListBullet"/>
      </w:pPr>
      <w:r>
        <w:t>b) Închide documentul</w:t>
      </w:r>
    </w:p>
    <w:p w14:paraId="66137046" w14:textId="77777777" w:rsidR="00036981" w:rsidRDefault="00C6304C">
      <w:pPr>
        <w:pStyle w:val="ListBullet"/>
      </w:pPr>
      <w:r>
        <w:t>c) Formatează textul</w:t>
      </w:r>
    </w:p>
    <w:p w14:paraId="12C72817" w14:textId="77777777" w:rsidR="00036981" w:rsidRDefault="00C6304C">
      <w:r>
        <w:t>5. Ce poate fi selectat într-un document text?</w:t>
      </w:r>
    </w:p>
    <w:p w14:paraId="7D59BB17" w14:textId="77777777" w:rsidR="00036981" w:rsidRDefault="00C6304C">
      <w:pPr>
        <w:pStyle w:val="ListBullet"/>
      </w:pPr>
      <w:r>
        <w:t>a) Doar cuvinte</w:t>
      </w:r>
    </w:p>
    <w:p w14:paraId="766B5F28" w14:textId="77777777" w:rsidR="00036981" w:rsidRDefault="00C6304C">
      <w:pPr>
        <w:pStyle w:val="ListBullet"/>
      </w:pPr>
      <w:r>
        <w:t>b) Caracter, cuvânt, paragraf sau întregul document</w:t>
      </w:r>
    </w:p>
    <w:p w14:paraId="102E80D6" w14:textId="77777777" w:rsidR="00036981" w:rsidRDefault="00C6304C">
      <w:pPr>
        <w:pStyle w:val="ListBullet"/>
      </w:pPr>
      <w:r>
        <w:t>c) Doar paragrafe</w:t>
      </w:r>
    </w:p>
    <w:p w14:paraId="63115C98" w14:textId="77777777" w:rsidR="00036981" w:rsidRDefault="00C6304C">
      <w:r>
        <w:t>6. Ce comandă este utilizată pentru ștergerea unui text selectat?</w:t>
      </w:r>
    </w:p>
    <w:p w14:paraId="2C1A1EAB" w14:textId="77777777" w:rsidR="00036981" w:rsidRDefault="00C6304C">
      <w:pPr>
        <w:pStyle w:val="ListBullet"/>
      </w:pPr>
      <w:r>
        <w:t>a) Copiere</w:t>
      </w:r>
    </w:p>
    <w:p w14:paraId="01174BBC" w14:textId="77777777" w:rsidR="00036981" w:rsidRDefault="00C6304C">
      <w:pPr>
        <w:pStyle w:val="ListBullet"/>
      </w:pPr>
      <w:r>
        <w:t>b) Decupare</w:t>
      </w:r>
    </w:p>
    <w:p w14:paraId="75C114F4" w14:textId="77777777" w:rsidR="00036981" w:rsidRDefault="00C6304C">
      <w:pPr>
        <w:pStyle w:val="ListBullet"/>
      </w:pPr>
      <w:r>
        <w:t>c) Ștergere</w:t>
      </w:r>
    </w:p>
    <w:p w14:paraId="0B4DD48C" w14:textId="77777777" w:rsidR="00036981" w:rsidRDefault="00C6304C">
      <w:r>
        <w:t>7. Ce rol are formatarea textului (font, dimensiune, stil)?</w:t>
      </w:r>
    </w:p>
    <w:p w14:paraId="43DFC046" w14:textId="77777777" w:rsidR="00036981" w:rsidRDefault="00C6304C">
      <w:pPr>
        <w:pStyle w:val="ListBullet"/>
      </w:pPr>
      <w:r>
        <w:t>a) Modifică aspectul textului</w:t>
      </w:r>
    </w:p>
    <w:p w14:paraId="79E006DB" w14:textId="77777777" w:rsidR="00036981" w:rsidRDefault="00C6304C">
      <w:pPr>
        <w:pStyle w:val="ListBullet"/>
      </w:pPr>
      <w:r>
        <w:t>b) Șterge textul</w:t>
      </w:r>
    </w:p>
    <w:p w14:paraId="22740010" w14:textId="77777777" w:rsidR="00036981" w:rsidRDefault="00C6304C">
      <w:pPr>
        <w:pStyle w:val="ListBullet"/>
      </w:pPr>
      <w:r>
        <w:t>c) Închide aplicația</w:t>
      </w:r>
    </w:p>
    <w:p w14:paraId="57332D11" w14:textId="77777777" w:rsidR="00036981" w:rsidRDefault="00C6304C">
      <w:r>
        <w:t>8. Ce permite utilizarea listelor numerotate sau cu marcatori?</w:t>
      </w:r>
    </w:p>
    <w:p w14:paraId="6154DB69" w14:textId="77777777" w:rsidR="00036981" w:rsidRDefault="00C6304C">
      <w:pPr>
        <w:pStyle w:val="ListBullet"/>
      </w:pPr>
      <w:r>
        <w:lastRenderedPageBreak/>
        <w:t>a) Organizarea informațiilor</w:t>
      </w:r>
    </w:p>
    <w:p w14:paraId="0F723D1D" w14:textId="77777777" w:rsidR="00036981" w:rsidRDefault="00C6304C">
      <w:pPr>
        <w:pStyle w:val="ListBullet"/>
      </w:pPr>
      <w:r>
        <w:t>b) Inserarea imaginilor</w:t>
      </w:r>
    </w:p>
    <w:p w14:paraId="2C9F3F94" w14:textId="77777777" w:rsidR="00036981" w:rsidRDefault="00C6304C">
      <w:pPr>
        <w:pStyle w:val="ListBullet"/>
      </w:pPr>
      <w:r>
        <w:t>c) Schimbarea marginilor paginii</w:t>
      </w:r>
    </w:p>
    <w:p w14:paraId="7456D386" w14:textId="77777777" w:rsidR="00036981" w:rsidRDefault="00C6304C">
      <w:r>
        <w:t>9. De ce se folosesc tabelele într-un document text?</w:t>
      </w:r>
    </w:p>
    <w:p w14:paraId="41FDB5D0" w14:textId="77777777" w:rsidR="00036981" w:rsidRDefault="00C6304C">
      <w:pPr>
        <w:pStyle w:val="ListBullet"/>
      </w:pPr>
      <w:r>
        <w:t>a) Pentru a decora pagina</w:t>
      </w:r>
    </w:p>
    <w:p w14:paraId="3D34C966" w14:textId="77777777" w:rsidR="00036981" w:rsidRDefault="00C6304C">
      <w:pPr>
        <w:pStyle w:val="ListBullet"/>
      </w:pPr>
      <w:r>
        <w:t>b) Pentru a organiza datele pe rânduri și coloane</w:t>
      </w:r>
    </w:p>
    <w:p w14:paraId="290B9A04" w14:textId="2C5593E7" w:rsidR="00036981" w:rsidRDefault="00C6304C" w:rsidP="0016681D">
      <w:pPr>
        <w:pStyle w:val="ListBullet"/>
      </w:pPr>
      <w:r>
        <w:t>c) Pentru a schimba culoarea textului</w:t>
      </w:r>
    </w:p>
    <w:sectPr w:rsidR="0003698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981"/>
    <w:rsid w:val="0006063C"/>
    <w:rsid w:val="0015074B"/>
    <w:rsid w:val="0016681D"/>
    <w:rsid w:val="0029639D"/>
    <w:rsid w:val="00326F90"/>
    <w:rsid w:val="00AA1D8D"/>
    <w:rsid w:val="00B47730"/>
    <w:rsid w:val="00C6304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53D182"/>
  <w14:defaultImageDpi w14:val="300"/>
  <w15:docId w15:val="{93B366EA-1CB3-4329-AEE1-4644499EA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Octavian</cp:lastModifiedBy>
  <cp:revision>4</cp:revision>
  <dcterms:created xsi:type="dcterms:W3CDTF">2026-02-09T11:18:00Z</dcterms:created>
  <dcterms:modified xsi:type="dcterms:W3CDTF">2026-02-09T12:33:00Z</dcterms:modified>
  <cp:category/>
</cp:coreProperties>
</file>