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113F3" w14:textId="4B995A39" w:rsidR="00E27748" w:rsidRDefault="008E39AB">
      <w:pPr>
        <w:pStyle w:val="TestTitle"/>
      </w:pPr>
      <w:r>
        <w:t xml:space="preserve">Test </w:t>
      </w:r>
      <w:r w:rsidR="0064550B">
        <w:t>1</w:t>
      </w:r>
    </w:p>
    <w:p w14:paraId="5192BFDE" w14:textId="77777777" w:rsidR="00E27748" w:rsidRDefault="008E39AB">
      <w:pPr>
        <w:spacing w:before="80" w:after="40"/>
      </w:pPr>
      <w:r>
        <w:rPr>
          <w:b/>
          <w:sz w:val="23"/>
        </w:rPr>
        <w:t>1. Ce este un algoritm?</w:t>
      </w:r>
    </w:p>
    <w:p w14:paraId="05D78C5B" w14:textId="77777777" w:rsidR="00E27748" w:rsidRDefault="008E39AB">
      <w:pPr>
        <w:spacing w:after="20"/>
        <w:ind w:left="397"/>
      </w:pPr>
      <w:r>
        <w:t>a) O imagine realizată pe calculator</w:t>
      </w:r>
    </w:p>
    <w:p w14:paraId="39303755" w14:textId="77777777" w:rsidR="00E27748" w:rsidRDefault="008E39AB">
      <w:pPr>
        <w:spacing w:after="20"/>
        <w:ind w:left="397"/>
      </w:pPr>
      <w:r>
        <w:t>b) O succesiune finită de pași pentru rezolvarea unei probleme</w:t>
      </w:r>
    </w:p>
    <w:p w14:paraId="09C77B2B" w14:textId="77777777" w:rsidR="00E27748" w:rsidRDefault="008E39AB">
      <w:pPr>
        <w:spacing w:after="20"/>
        <w:ind w:left="397"/>
      </w:pPr>
      <w:r>
        <w:t>c) Un joc instalat p</w:t>
      </w:r>
      <w:r>
        <w:t>e calculator</w:t>
      </w:r>
    </w:p>
    <w:p w14:paraId="44CCD871" w14:textId="77777777" w:rsidR="00E27748" w:rsidRDefault="008E39AB">
      <w:pPr>
        <w:spacing w:after="20"/>
        <w:ind w:left="397"/>
      </w:pPr>
      <w:r>
        <w:t>d) O listă cu nume de fișiere</w:t>
      </w:r>
    </w:p>
    <w:p w14:paraId="01984D42" w14:textId="77777777" w:rsidR="00E27748" w:rsidRDefault="008E39AB">
      <w:pPr>
        <w:spacing w:before="80" w:after="40"/>
      </w:pPr>
      <w:r>
        <w:rPr>
          <w:b/>
          <w:sz w:val="23"/>
        </w:rPr>
        <w:t>2. Care dintre afirmațiile de mai jos descrie corect datele de intrare?</w:t>
      </w:r>
    </w:p>
    <w:p w14:paraId="4AD88729" w14:textId="77777777" w:rsidR="00E27748" w:rsidRDefault="008E39AB">
      <w:pPr>
        <w:spacing w:after="20"/>
        <w:ind w:left="397"/>
      </w:pPr>
      <w:r>
        <w:t>a) Sunt rezultatele obținute la final</w:t>
      </w:r>
    </w:p>
    <w:p w14:paraId="6FC613D9" w14:textId="77777777" w:rsidR="00E27748" w:rsidRDefault="008E39AB">
      <w:pPr>
        <w:spacing w:after="20"/>
        <w:ind w:left="397"/>
      </w:pPr>
      <w:r>
        <w:t>b) Sunt date care nu se modifică niciodată</w:t>
      </w:r>
    </w:p>
    <w:p w14:paraId="1CF45CFA" w14:textId="77777777" w:rsidR="00E27748" w:rsidRDefault="008E39AB">
      <w:pPr>
        <w:spacing w:after="20"/>
        <w:ind w:left="397"/>
      </w:pPr>
      <w:r>
        <w:t>c) Sunt doar numere pare</w:t>
      </w:r>
    </w:p>
    <w:p w14:paraId="659FA115" w14:textId="77777777" w:rsidR="00E27748" w:rsidRDefault="008E39AB">
      <w:pPr>
        <w:spacing w:after="20"/>
        <w:ind w:left="397"/>
      </w:pPr>
      <w:r>
        <w:t>d) Sunt informațiile introduse pent</w:t>
      </w:r>
      <w:r>
        <w:t>ru rezolvarea problemei</w:t>
      </w:r>
    </w:p>
    <w:p w14:paraId="37F3A0A9" w14:textId="77777777" w:rsidR="00E27748" w:rsidRDefault="008E39AB">
      <w:pPr>
        <w:spacing w:before="80" w:after="40"/>
      </w:pPr>
      <w:r>
        <w:rPr>
          <w:b/>
          <w:sz w:val="23"/>
        </w:rPr>
        <w:t>3. Datele de ieșire reprezintă:</w:t>
      </w:r>
    </w:p>
    <w:p w14:paraId="18673ACE" w14:textId="77777777" w:rsidR="00E27748" w:rsidRDefault="008E39AB">
      <w:pPr>
        <w:spacing w:after="20"/>
        <w:ind w:left="397"/>
      </w:pPr>
      <w:r>
        <w:t>a) Rezultatele obținute după executarea algoritmului</w:t>
      </w:r>
    </w:p>
    <w:p w14:paraId="4B47A848" w14:textId="77777777" w:rsidR="00E27748" w:rsidRDefault="008E39AB">
      <w:pPr>
        <w:spacing w:after="20"/>
        <w:ind w:left="397"/>
      </w:pPr>
      <w:r>
        <w:t>b) Doar numele variabilelor</w:t>
      </w:r>
    </w:p>
    <w:p w14:paraId="170FBBE2" w14:textId="77777777" w:rsidR="00E27748" w:rsidRDefault="008E39AB">
      <w:pPr>
        <w:spacing w:after="20"/>
        <w:ind w:left="397"/>
      </w:pPr>
      <w:r>
        <w:t>c) Pașii algoritmului</w:t>
      </w:r>
    </w:p>
    <w:p w14:paraId="51A78BE4" w14:textId="77777777" w:rsidR="00E27748" w:rsidRDefault="008E39AB">
      <w:pPr>
        <w:spacing w:after="20"/>
        <w:ind w:left="397"/>
      </w:pPr>
      <w:r>
        <w:t>d) Tastele folosite la tastatură</w:t>
      </w:r>
    </w:p>
    <w:p w14:paraId="23AE8BE9" w14:textId="77777777" w:rsidR="00E27748" w:rsidRDefault="008E39AB">
      <w:pPr>
        <w:spacing w:before="80" w:after="40"/>
      </w:pPr>
      <w:r>
        <w:rPr>
          <w:b/>
          <w:sz w:val="23"/>
        </w:rPr>
        <w:t>4. Datele de manevră sunt:</w:t>
      </w:r>
    </w:p>
    <w:p w14:paraId="7A3A3A90" w14:textId="77777777" w:rsidR="00E27748" w:rsidRDefault="008E39AB">
      <w:pPr>
        <w:spacing w:after="20"/>
        <w:ind w:left="397"/>
      </w:pPr>
      <w:r>
        <w:t xml:space="preserve">a) Datele care se tipăresc </w:t>
      </w:r>
      <w:r>
        <w:t>automat</w:t>
      </w:r>
    </w:p>
    <w:p w14:paraId="26E5AD1C" w14:textId="77777777" w:rsidR="00E27748" w:rsidRDefault="008E39AB">
      <w:pPr>
        <w:spacing w:after="20"/>
        <w:ind w:left="397"/>
      </w:pPr>
      <w:r>
        <w:t>b) Datele scrise doar în titlu</w:t>
      </w:r>
    </w:p>
    <w:p w14:paraId="542EDC51" w14:textId="77777777" w:rsidR="00E27748" w:rsidRDefault="008E39AB">
      <w:pPr>
        <w:spacing w:after="20"/>
        <w:ind w:left="397"/>
      </w:pPr>
      <w:r>
        <w:t>c) Date folosite temporar în timpul rezolvării</w:t>
      </w:r>
    </w:p>
    <w:p w14:paraId="24C704C4" w14:textId="77777777" w:rsidR="00E27748" w:rsidRDefault="008E39AB">
      <w:pPr>
        <w:spacing w:after="20"/>
        <w:ind w:left="397"/>
      </w:pPr>
      <w:r>
        <w:t>d) Datele de pe prima linie a programului</w:t>
      </w:r>
    </w:p>
    <w:p w14:paraId="020E97EB" w14:textId="77777777" w:rsidR="00E27748" w:rsidRDefault="008E39AB">
      <w:pPr>
        <w:spacing w:before="80" w:after="40"/>
      </w:pPr>
      <w:r>
        <w:rPr>
          <w:b/>
          <w:sz w:val="23"/>
        </w:rPr>
        <w:t>5. O constantă este:</w:t>
      </w:r>
    </w:p>
    <w:p w14:paraId="04E6B524" w14:textId="77777777" w:rsidR="00E27748" w:rsidRDefault="008E39AB">
      <w:pPr>
        <w:spacing w:after="20"/>
        <w:ind w:left="397"/>
      </w:pPr>
      <w:r>
        <w:t>a) O valoare care se schimbă mereu</w:t>
      </w:r>
    </w:p>
    <w:p w14:paraId="21BFE459" w14:textId="77777777" w:rsidR="00E27748" w:rsidRDefault="008E39AB">
      <w:pPr>
        <w:spacing w:after="20"/>
        <w:ind w:left="397"/>
      </w:pPr>
      <w:r>
        <w:t>b) O valoare care rămâne neschimbată</w:t>
      </w:r>
    </w:p>
    <w:p w14:paraId="59A7F2A1" w14:textId="77777777" w:rsidR="00E27748" w:rsidRDefault="008E39AB">
      <w:pPr>
        <w:spacing w:after="20"/>
        <w:ind w:left="397"/>
      </w:pPr>
      <w:r>
        <w:t>c) Un operator logic</w:t>
      </w:r>
    </w:p>
    <w:p w14:paraId="1B13DFF2" w14:textId="77777777" w:rsidR="00E27748" w:rsidRDefault="008E39AB">
      <w:pPr>
        <w:spacing w:after="20"/>
        <w:ind w:left="397"/>
      </w:pPr>
      <w:r>
        <w:t>d) Un rezultat</w:t>
      </w:r>
      <w:r>
        <w:t xml:space="preserve"> intermediar obligatoriu</w:t>
      </w:r>
    </w:p>
    <w:p w14:paraId="648313CA" w14:textId="77777777" w:rsidR="00E27748" w:rsidRDefault="008E39AB">
      <w:pPr>
        <w:spacing w:before="80" w:after="40"/>
      </w:pPr>
      <w:r>
        <w:rPr>
          <w:b/>
          <w:sz w:val="23"/>
        </w:rPr>
        <w:t>6. O variabilă este:</w:t>
      </w:r>
    </w:p>
    <w:p w14:paraId="139B1429" w14:textId="77777777" w:rsidR="00E27748" w:rsidRDefault="008E39AB">
      <w:pPr>
        <w:spacing w:after="20"/>
        <w:ind w:left="397"/>
      </w:pPr>
      <w:r>
        <w:t>a) O literă decorativă</w:t>
      </w:r>
    </w:p>
    <w:p w14:paraId="3F613253" w14:textId="77777777" w:rsidR="00E27748" w:rsidRDefault="008E39AB">
      <w:pPr>
        <w:spacing w:after="20"/>
        <w:ind w:left="397"/>
      </w:pPr>
      <w:r>
        <w:t>b) Un număr care nu poate fi folosit</w:t>
      </w:r>
    </w:p>
    <w:p w14:paraId="0ED4744B" w14:textId="77777777" w:rsidR="00E27748" w:rsidRDefault="008E39AB">
      <w:pPr>
        <w:spacing w:after="20"/>
        <w:ind w:left="397"/>
      </w:pPr>
      <w:r>
        <w:t>c) O comandă de afișare</w:t>
      </w:r>
    </w:p>
    <w:p w14:paraId="077E286F" w14:textId="77777777" w:rsidR="00E27748" w:rsidRDefault="008E39AB">
      <w:pPr>
        <w:spacing w:after="20"/>
        <w:ind w:left="397"/>
      </w:pPr>
      <w:r>
        <w:t>d) O zonă de memorie în care valoarea se poate modifica</w:t>
      </w:r>
    </w:p>
    <w:p w14:paraId="0DE1CCDF" w14:textId="77777777" w:rsidR="00E27748" w:rsidRDefault="008E39AB">
      <w:pPr>
        <w:spacing w:before="80" w:after="40"/>
      </w:pPr>
      <w:r>
        <w:rPr>
          <w:b/>
          <w:sz w:val="23"/>
        </w:rPr>
        <w:t>7. Care dintre următoarele este o expresie aritmetică?</w:t>
      </w:r>
    </w:p>
    <w:p w14:paraId="2A7D3060" w14:textId="77777777" w:rsidR="00E27748" w:rsidRDefault="008E39AB">
      <w:pPr>
        <w:spacing w:after="20"/>
        <w:ind w:left="397"/>
      </w:pPr>
      <w:r>
        <w:t>a) 7 + 3 * 2</w:t>
      </w:r>
    </w:p>
    <w:p w14:paraId="1FB5908B" w14:textId="77777777" w:rsidR="00E27748" w:rsidRDefault="008E39AB">
      <w:pPr>
        <w:spacing w:after="20"/>
        <w:ind w:left="397"/>
      </w:pPr>
      <w:r>
        <w:t>b)</w:t>
      </w:r>
      <w:r>
        <w:t xml:space="preserve"> adevărat și fals</w:t>
      </w:r>
    </w:p>
    <w:p w14:paraId="1376EAC8" w14:textId="77777777" w:rsidR="00E27748" w:rsidRDefault="008E39AB">
      <w:pPr>
        <w:spacing w:after="20"/>
        <w:ind w:left="397"/>
      </w:pPr>
      <w:r>
        <w:t>c) x &gt; y</w:t>
      </w:r>
    </w:p>
    <w:p w14:paraId="5419BCAB" w14:textId="77777777" w:rsidR="00E27748" w:rsidRDefault="008E39AB">
      <w:pPr>
        <w:spacing w:after="20"/>
        <w:ind w:left="397"/>
      </w:pPr>
      <w:r>
        <w:t>d) start</w:t>
      </w:r>
    </w:p>
    <w:p w14:paraId="7A67C6EE" w14:textId="77777777" w:rsidR="00E27748" w:rsidRDefault="008E39AB">
      <w:pPr>
        <w:spacing w:before="80" w:after="40"/>
      </w:pPr>
      <w:r>
        <w:rPr>
          <w:b/>
          <w:sz w:val="23"/>
        </w:rPr>
        <w:t>8. Operatorul „&gt;” este un operator:</w:t>
      </w:r>
    </w:p>
    <w:p w14:paraId="7A479E5B" w14:textId="77777777" w:rsidR="00E27748" w:rsidRDefault="008E39AB">
      <w:pPr>
        <w:spacing w:after="20"/>
        <w:ind w:left="397"/>
      </w:pPr>
      <w:r>
        <w:t>a) aritmetic</w:t>
      </w:r>
    </w:p>
    <w:p w14:paraId="2892F9AD" w14:textId="77777777" w:rsidR="00E27748" w:rsidRDefault="008E39AB">
      <w:pPr>
        <w:spacing w:after="20"/>
        <w:ind w:left="397"/>
      </w:pPr>
      <w:r>
        <w:t>b) de atribuire</w:t>
      </w:r>
    </w:p>
    <w:p w14:paraId="29813BFD" w14:textId="77777777" w:rsidR="00E27748" w:rsidRDefault="008E39AB">
      <w:pPr>
        <w:spacing w:after="20"/>
        <w:ind w:left="397"/>
      </w:pPr>
      <w:r>
        <w:t>c) relațional</w:t>
      </w:r>
    </w:p>
    <w:p w14:paraId="5DE72017" w14:textId="77777777" w:rsidR="00E27748" w:rsidRDefault="008E39AB">
      <w:pPr>
        <w:spacing w:after="20"/>
        <w:ind w:left="397"/>
      </w:pPr>
      <w:r>
        <w:t>d) de desenare</w:t>
      </w:r>
    </w:p>
    <w:p w14:paraId="06C701A1" w14:textId="77777777" w:rsidR="00E27748" w:rsidRDefault="008E39AB">
      <w:pPr>
        <w:spacing w:before="80" w:after="40"/>
      </w:pPr>
      <w:r>
        <w:rPr>
          <w:b/>
          <w:sz w:val="23"/>
        </w:rPr>
        <w:lastRenderedPageBreak/>
        <w:t>9. Care este rezultatul expresiei logice: (5 &gt; 3) și (2 &lt; 1)?</w:t>
      </w:r>
    </w:p>
    <w:p w14:paraId="1B9626DA" w14:textId="77777777" w:rsidR="00E27748" w:rsidRDefault="008E39AB">
      <w:pPr>
        <w:spacing w:after="20"/>
        <w:ind w:left="397"/>
      </w:pPr>
      <w:r>
        <w:t>a) Necunoscut</w:t>
      </w:r>
    </w:p>
    <w:p w14:paraId="6A5D36DC" w14:textId="77777777" w:rsidR="00E27748" w:rsidRDefault="008E39AB">
      <w:pPr>
        <w:spacing w:after="20"/>
        <w:ind w:left="397"/>
      </w:pPr>
      <w:r>
        <w:t>b) Fals</w:t>
      </w:r>
    </w:p>
    <w:p w14:paraId="150E8292" w14:textId="77777777" w:rsidR="00E27748" w:rsidRDefault="008E39AB">
      <w:pPr>
        <w:spacing w:after="20"/>
        <w:ind w:left="397"/>
      </w:pPr>
      <w:r>
        <w:t>c) 5</w:t>
      </w:r>
    </w:p>
    <w:p w14:paraId="68B3DD0C" w14:textId="77777777" w:rsidR="00E27748" w:rsidRDefault="008E39AB">
      <w:pPr>
        <w:spacing w:after="20"/>
        <w:ind w:left="397"/>
      </w:pPr>
      <w:r>
        <w:t>d) Adevărat</w:t>
      </w:r>
    </w:p>
    <w:p w14:paraId="57341689" w14:textId="77777777" w:rsidR="00E27748" w:rsidRDefault="00E27748"/>
    <w:p w14:paraId="15AD4B98" w14:textId="55271665" w:rsidR="00E27748" w:rsidRDefault="008E39AB">
      <w:pPr>
        <w:pStyle w:val="Subtle"/>
      </w:pPr>
      <w:r>
        <w:t xml:space="preserve">1 </w:t>
      </w:r>
      <w:proofErr w:type="spellStart"/>
      <w:r>
        <w:t>punct</w:t>
      </w:r>
      <w:proofErr w:type="spellEnd"/>
      <w:r>
        <w:t xml:space="preserve"> din </w:t>
      </w:r>
      <w:proofErr w:type="spellStart"/>
      <w:r>
        <w:t>oficiu</w:t>
      </w:r>
      <w:proofErr w:type="spellEnd"/>
      <w:r>
        <w:t xml:space="preserve"> + 1 punct pentru fiecare răspuns corect.</w:t>
      </w:r>
    </w:p>
    <w:sectPr w:rsidR="00E27748" w:rsidSect="0064550B">
      <w:headerReference w:type="default" r:id="rId8"/>
      <w:footerReference w:type="default" r:id="rId9"/>
      <w:pgSz w:w="12240" w:h="15840"/>
      <w:pgMar w:top="426" w:right="1134" w:bottom="567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598FD" w14:textId="77777777" w:rsidR="008E39AB" w:rsidRDefault="008E39AB">
      <w:pPr>
        <w:spacing w:after="0" w:line="240" w:lineRule="auto"/>
      </w:pPr>
      <w:r>
        <w:separator/>
      </w:r>
    </w:p>
  </w:endnote>
  <w:endnote w:type="continuationSeparator" w:id="0">
    <w:p w14:paraId="1F242AF3" w14:textId="77777777" w:rsidR="008E39AB" w:rsidRDefault="008E3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6C22" w14:textId="5F8F05C5" w:rsidR="00E27748" w:rsidRDefault="00E2774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A9AF4" w14:textId="77777777" w:rsidR="008E39AB" w:rsidRDefault="008E39AB">
      <w:pPr>
        <w:spacing w:after="0" w:line="240" w:lineRule="auto"/>
      </w:pPr>
      <w:r>
        <w:separator/>
      </w:r>
    </w:p>
  </w:footnote>
  <w:footnote w:type="continuationSeparator" w:id="0">
    <w:p w14:paraId="1B55C522" w14:textId="77777777" w:rsidR="008E39AB" w:rsidRDefault="008E3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0CCB0" w14:textId="3CE3DE16" w:rsidR="00E27748" w:rsidRDefault="00E2774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550B"/>
    <w:rsid w:val="008E39AB"/>
    <w:rsid w:val="00AA1D8D"/>
    <w:rsid w:val="00B47730"/>
    <w:rsid w:val="00CB0664"/>
    <w:rsid w:val="00E277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91A29"/>
  <w14:defaultImageDpi w14:val="300"/>
  <w15:docId w15:val="{0AF6AD41-F18C-4FF1-AAAC-E9C6BF5DA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stTitle">
    <w:name w:val="TestTitle"/>
    <w:pPr>
      <w:spacing w:after="60"/>
      <w:jc w:val="center"/>
    </w:pPr>
    <w:rPr>
      <w:rFonts w:ascii="Calibri" w:hAnsi="Calibri"/>
      <w:b/>
      <w:color w:val="1F4E79"/>
      <w:sz w:val="32"/>
    </w:rPr>
  </w:style>
  <w:style w:type="paragraph" w:customStyle="1" w:styleId="Subtle">
    <w:name w:val="Subtle"/>
    <w:pPr>
      <w:spacing w:after="100"/>
    </w:pPr>
    <w:rPr>
      <w:rFonts w:ascii="Calibri" w:hAnsi="Calibri"/>
      <w:i/>
      <w:color w:val="5F5F5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2</cp:revision>
  <dcterms:created xsi:type="dcterms:W3CDTF">2026-03-23T15:15:00Z</dcterms:created>
  <dcterms:modified xsi:type="dcterms:W3CDTF">2026-03-23T15:15:00Z</dcterms:modified>
  <cp:category/>
</cp:coreProperties>
</file>