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10FCF" w14:textId="62B928AC" w:rsidR="00B972B7" w:rsidRDefault="003F4699">
      <w:pPr>
        <w:pStyle w:val="TestTitle"/>
      </w:pPr>
      <w:r>
        <w:t>Test</w:t>
      </w:r>
      <w:r w:rsidR="007215F2">
        <w:t>ul</w:t>
      </w:r>
      <w:r>
        <w:t xml:space="preserve"> 2</w:t>
      </w:r>
    </w:p>
    <w:p w14:paraId="7ECCB4C5" w14:textId="77777777" w:rsidR="00B972B7" w:rsidRDefault="003F4699">
      <w:pPr>
        <w:spacing w:before="80" w:after="40"/>
      </w:pPr>
      <w:r>
        <w:rPr>
          <w:b/>
          <w:sz w:val="23"/>
        </w:rPr>
        <w:t>1. Ce proprietate trebuie să aibă un algoritm corect construit?</w:t>
      </w:r>
    </w:p>
    <w:p w14:paraId="0E3FD8B0" w14:textId="77777777" w:rsidR="00B972B7" w:rsidRDefault="003F4699">
      <w:pPr>
        <w:spacing w:after="20"/>
        <w:ind w:left="397"/>
      </w:pPr>
      <w:r>
        <w:t>a) Să conțină pași neclari</w:t>
      </w:r>
    </w:p>
    <w:p w14:paraId="426899CD" w14:textId="77777777" w:rsidR="00B972B7" w:rsidRDefault="003F4699">
      <w:pPr>
        <w:spacing w:after="20"/>
        <w:ind w:left="397"/>
      </w:pPr>
      <w:r>
        <w:t>b) Să se termine după un număr finit de pași</w:t>
      </w:r>
    </w:p>
    <w:p w14:paraId="41E11A59" w14:textId="77777777" w:rsidR="00B972B7" w:rsidRDefault="003F4699">
      <w:pPr>
        <w:spacing w:after="20"/>
        <w:ind w:left="397"/>
      </w:pPr>
      <w:r>
        <w:t>c) Să folosească doar imagini</w:t>
      </w:r>
    </w:p>
    <w:p w14:paraId="73BCB01B" w14:textId="77777777" w:rsidR="00B972B7" w:rsidRDefault="003F4699">
      <w:pPr>
        <w:spacing w:after="20"/>
        <w:ind w:left="397"/>
      </w:pPr>
      <w:r>
        <w:t>d) Să nu aibă date de intrare</w:t>
      </w:r>
    </w:p>
    <w:p w14:paraId="28BCEB9A" w14:textId="77777777" w:rsidR="00B972B7" w:rsidRDefault="003F4699">
      <w:pPr>
        <w:spacing w:before="80" w:after="40"/>
      </w:pPr>
      <w:r>
        <w:rPr>
          <w:b/>
          <w:sz w:val="23"/>
        </w:rPr>
        <w:t>2. Într-un algoritm pentru calcularea sumei a două numere, cele două numere introduse de utilizator sunt:</w:t>
      </w:r>
    </w:p>
    <w:p w14:paraId="72A74D15" w14:textId="77777777" w:rsidR="00B972B7" w:rsidRDefault="003F4699">
      <w:pPr>
        <w:spacing w:after="20"/>
        <w:ind w:left="397"/>
      </w:pPr>
      <w:r>
        <w:t>a) Date de intrare</w:t>
      </w:r>
    </w:p>
    <w:p w14:paraId="17450C2D" w14:textId="77777777" w:rsidR="00B972B7" w:rsidRDefault="003F4699">
      <w:pPr>
        <w:spacing w:after="20"/>
        <w:ind w:left="397"/>
      </w:pPr>
      <w:r>
        <w:t>b) Date de ieșire</w:t>
      </w:r>
    </w:p>
    <w:p w14:paraId="4EF0E367" w14:textId="77777777" w:rsidR="00B972B7" w:rsidRDefault="003F4699">
      <w:pPr>
        <w:spacing w:after="20"/>
        <w:ind w:left="397"/>
      </w:pPr>
      <w:r>
        <w:t>c) Date de afișare</w:t>
      </w:r>
    </w:p>
    <w:p w14:paraId="0A50C415" w14:textId="77777777" w:rsidR="00B972B7" w:rsidRDefault="003F4699">
      <w:pPr>
        <w:spacing w:after="20"/>
        <w:ind w:left="397"/>
      </w:pPr>
      <w:r>
        <w:t>d) Date fixe</w:t>
      </w:r>
    </w:p>
    <w:p w14:paraId="577F0F0D" w14:textId="77777777" w:rsidR="00B972B7" w:rsidRDefault="003F4699">
      <w:pPr>
        <w:spacing w:before="80" w:after="40"/>
      </w:pPr>
      <w:r>
        <w:rPr>
          <w:b/>
          <w:sz w:val="23"/>
        </w:rPr>
        <w:t>3. Rezultatul afișat la finalul unui algoritm este un exemplu de:</w:t>
      </w:r>
    </w:p>
    <w:p w14:paraId="4071531E" w14:textId="77777777" w:rsidR="00B972B7" w:rsidRDefault="003F4699">
      <w:pPr>
        <w:spacing w:after="20"/>
        <w:ind w:left="397"/>
      </w:pPr>
      <w:r>
        <w:t>a) Date de manevră</w:t>
      </w:r>
    </w:p>
    <w:p w14:paraId="568E873B" w14:textId="77777777" w:rsidR="00B972B7" w:rsidRDefault="003F4699">
      <w:pPr>
        <w:spacing w:after="20"/>
        <w:ind w:left="397"/>
      </w:pPr>
      <w:r>
        <w:t>b) Constantă</w:t>
      </w:r>
    </w:p>
    <w:p w14:paraId="34E6BA67" w14:textId="77777777" w:rsidR="00B972B7" w:rsidRDefault="003F4699">
      <w:pPr>
        <w:spacing w:after="20"/>
        <w:ind w:left="397"/>
      </w:pPr>
      <w:r>
        <w:t>c) Operator</w:t>
      </w:r>
    </w:p>
    <w:p w14:paraId="1289BE56" w14:textId="77777777" w:rsidR="00B972B7" w:rsidRDefault="003F4699">
      <w:pPr>
        <w:spacing w:after="20"/>
        <w:ind w:left="397"/>
      </w:pPr>
      <w:r>
        <w:t>d) Date de ieșire</w:t>
      </w:r>
    </w:p>
    <w:p w14:paraId="4957B691" w14:textId="77777777" w:rsidR="00B972B7" w:rsidRDefault="003F4699">
      <w:pPr>
        <w:spacing w:before="80" w:after="40"/>
      </w:pPr>
      <w:r>
        <w:rPr>
          <w:b/>
          <w:sz w:val="23"/>
        </w:rPr>
        <w:t>4. Care dintre exemplele de mai jos poate fi considerat dată de manevră?</w:t>
      </w:r>
    </w:p>
    <w:p w14:paraId="4503C3E6" w14:textId="77777777" w:rsidR="00B972B7" w:rsidRDefault="003F4699">
      <w:pPr>
        <w:spacing w:after="20"/>
        <w:ind w:left="397"/>
      </w:pPr>
      <w:r>
        <w:t>a) Valoarea intermediară a unei sume</w:t>
      </w:r>
    </w:p>
    <w:p w14:paraId="3C7F259F" w14:textId="77777777" w:rsidR="00B972B7" w:rsidRDefault="003F4699">
      <w:pPr>
        <w:spacing w:after="20"/>
        <w:ind w:left="397"/>
      </w:pPr>
      <w:r>
        <w:t>b) Numele elevului din catalog</w:t>
      </w:r>
    </w:p>
    <w:p w14:paraId="74D32125" w14:textId="77777777" w:rsidR="00B972B7" w:rsidRDefault="003F4699">
      <w:pPr>
        <w:spacing w:after="20"/>
        <w:ind w:left="397"/>
      </w:pPr>
      <w:r>
        <w:t>c) Titlul lecției</w:t>
      </w:r>
    </w:p>
    <w:p w14:paraId="62AB8738" w14:textId="77777777" w:rsidR="00B972B7" w:rsidRDefault="003F4699">
      <w:pPr>
        <w:spacing w:after="20"/>
        <w:ind w:left="397"/>
      </w:pPr>
      <w:r>
        <w:t>d) Data calendaristică tipărită pe caiet</w:t>
      </w:r>
    </w:p>
    <w:p w14:paraId="696F5611" w14:textId="77777777" w:rsidR="00B972B7" w:rsidRDefault="003F4699">
      <w:pPr>
        <w:spacing w:before="80" w:after="40"/>
      </w:pPr>
      <w:r>
        <w:rPr>
          <w:b/>
          <w:sz w:val="23"/>
        </w:rPr>
        <w:t>5. Care afirmație despre variabile este adevărată?</w:t>
      </w:r>
    </w:p>
    <w:p w14:paraId="6F45CB80" w14:textId="77777777" w:rsidR="00B972B7" w:rsidRDefault="003F4699">
      <w:pPr>
        <w:spacing w:after="20"/>
        <w:ind w:left="397"/>
      </w:pPr>
      <w:r>
        <w:t>a) Au întotdeauna aceeași valoare</w:t>
      </w:r>
    </w:p>
    <w:p w14:paraId="639CDAF8" w14:textId="77777777" w:rsidR="00B972B7" w:rsidRDefault="003F4699">
      <w:pPr>
        <w:spacing w:after="20"/>
        <w:ind w:left="397"/>
      </w:pPr>
      <w:r>
        <w:t>b) Nu pot memora numere</w:t>
      </w:r>
    </w:p>
    <w:p w14:paraId="13894479" w14:textId="77777777" w:rsidR="00B972B7" w:rsidRDefault="003F4699">
      <w:pPr>
        <w:spacing w:after="20"/>
        <w:ind w:left="397"/>
      </w:pPr>
      <w:r>
        <w:t>c) Își pot schimba valoarea pe parcursul algoritmului</w:t>
      </w:r>
    </w:p>
    <w:p w14:paraId="14148A69" w14:textId="77777777" w:rsidR="00B972B7" w:rsidRDefault="003F4699">
      <w:pPr>
        <w:spacing w:after="20"/>
        <w:ind w:left="397"/>
      </w:pPr>
      <w:r>
        <w:t>d) Sunt doar semne de punctuație</w:t>
      </w:r>
    </w:p>
    <w:p w14:paraId="730E9750" w14:textId="77777777" w:rsidR="00B972B7" w:rsidRDefault="003F4699">
      <w:pPr>
        <w:spacing w:before="80" w:after="40"/>
      </w:pPr>
      <w:r>
        <w:rPr>
          <w:b/>
          <w:sz w:val="23"/>
        </w:rPr>
        <w:t>6. Care dintre următoarele poate fi o constantă?</w:t>
      </w:r>
    </w:p>
    <w:p w14:paraId="11CFC89C" w14:textId="77777777" w:rsidR="00B972B7" w:rsidRDefault="003F4699">
      <w:pPr>
        <w:spacing w:after="20"/>
        <w:ind w:left="397"/>
      </w:pPr>
      <w:r>
        <w:t>a) Valoarea 10, păstrată neschimbată în problemă</w:t>
      </w:r>
    </w:p>
    <w:p w14:paraId="6B4FB58D" w14:textId="77777777" w:rsidR="00B972B7" w:rsidRDefault="003F4699">
      <w:pPr>
        <w:spacing w:after="20"/>
        <w:ind w:left="397"/>
      </w:pPr>
      <w:r>
        <w:t>b) Rezultatul care se modifică la fiecare pas</w:t>
      </w:r>
    </w:p>
    <w:p w14:paraId="6BF4DADB" w14:textId="77777777" w:rsidR="00B972B7" w:rsidRDefault="003F4699">
      <w:pPr>
        <w:spacing w:after="20"/>
        <w:ind w:left="397"/>
      </w:pPr>
      <w:r>
        <w:t>c) Un nume de fișier deschis</w:t>
      </w:r>
    </w:p>
    <w:p w14:paraId="2B7CEE7C" w14:textId="77777777" w:rsidR="00B972B7" w:rsidRDefault="003F4699">
      <w:pPr>
        <w:spacing w:after="20"/>
        <w:ind w:left="397"/>
      </w:pPr>
      <w:r>
        <w:t>d) Un operator relațional</w:t>
      </w:r>
    </w:p>
    <w:p w14:paraId="72D5C650" w14:textId="77777777" w:rsidR="00B972B7" w:rsidRDefault="003F4699">
      <w:pPr>
        <w:spacing w:before="80" w:after="40"/>
      </w:pPr>
      <w:r>
        <w:rPr>
          <w:b/>
          <w:sz w:val="23"/>
        </w:rPr>
        <w:t>7. Care dintre următoarele este un operator relațional?</w:t>
      </w:r>
    </w:p>
    <w:p w14:paraId="0E25DEE8" w14:textId="77777777" w:rsidR="00B972B7" w:rsidRDefault="003F4699">
      <w:pPr>
        <w:spacing w:after="20"/>
        <w:ind w:left="397"/>
      </w:pPr>
      <w:r>
        <w:t>a) +</w:t>
      </w:r>
    </w:p>
    <w:p w14:paraId="5DE516DD" w14:textId="77777777" w:rsidR="00B972B7" w:rsidRDefault="003F4699">
      <w:pPr>
        <w:spacing w:after="20"/>
        <w:ind w:left="397"/>
      </w:pPr>
      <w:r>
        <w:t>b) și</w:t>
      </w:r>
    </w:p>
    <w:p w14:paraId="38AAF90C" w14:textId="77777777" w:rsidR="00B972B7" w:rsidRDefault="003F4699">
      <w:pPr>
        <w:spacing w:after="20"/>
        <w:ind w:left="397"/>
      </w:pPr>
      <w:r>
        <w:t>c) *</w:t>
      </w:r>
    </w:p>
    <w:p w14:paraId="12211642" w14:textId="77777777" w:rsidR="00B972B7" w:rsidRDefault="003F4699">
      <w:pPr>
        <w:spacing w:after="20"/>
        <w:ind w:left="397"/>
      </w:pPr>
      <w:r>
        <w:t>d) &lt;=</w:t>
      </w:r>
    </w:p>
    <w:p w14:paraId="1A5F8DBD" w14:textId="77777777" w:rsidR="00B972B7" w:rsidRDefault="003F4699">
      <w:pPr>
        <w:spacing w:before="80" w:after="40"/>
      </w:pPr>
      <w:r>
        <w:rPr>
          <w:b/>
          <w:sz w:val="23"/>
        </w:rPr>
        <w:t>8. Expresia logică „adevărat sau fals” are valoarea:</w:t>
      </w:r>
    </w:p>
    <w:p w14:paraId="5ECD4222" w14:textId="77777777" w:rsidR="00B972B7" w:rsidRDefault="003F4699">
      <w:pPr>
        <w:spacing w:after="20"/>
        <w:ind w:left="397"/>
      </w:pPr>
      <w:r>
        <w:t>a) 0</w:t>
      </w:r>
    </w:p>
    <w:p w14:paraId="036EEE38" w14:textId="77777777" w:rsidR="00B972B7" w:rsidRDefault="003F4699">
      <w:pPr>
        <w:spacing w:after="20"/>
        <w:ind w:left="397"/>
      </w:pPr>
      <w:r>
        <w:lastRenderedPageBreak/>
        <w:t>b) Adevărat</w:t>
      </w:r>
    </w:p>
    <w:p w14:paraId="51B581FB" w14:textId="77777777" w:rsidR="00B972B7" w:rsidRDefault="003F4699">
      <w:pPr>
        <w:spacing w:after="20"/>
        <w:ind w:left="397"/>
      </w:pPr>
      <w:r>
        <w:t>c) 2</w:t>
      </w:r>
    </w:p>
    <w:p w14:paraId="3B485765" w14:textId="77777777" w:rsidR="00B972B7" w:rsidRDefault="003F4699">
      <w:pPr>
        <w:spacing w:after="20"/>
        <w:ind w:left="397"/>
      </w:pPr>
      <w:r>
        <w:t>d) Nu se poate evalua</w:t>
      </w:r>
    </w:p>
    <w:p w14:paraId="614D9608" w14:textId="77777777" w:rsidR="00B972B7" w:rsidRDefault="003F4699">
      <w:pPr>
        <w:spacing w:before="80" w:after="40"/>
      </w:pPr>
      <w:r>
        <w:rPr>
          <w:b/>
          <w:sz w:val="23"/>
        </w:rPr>
        <w:t>9. Ce tip de expresie este „8 - 3 + 2”?</w:t>
      </w:r>
    </w:p>
    <w:p w14:paraId="788190A9" w14:textId="77777777" w:rsidR="00B972B7" w:rsidRDefault="003F4699">
      <w:pPr>
        <w:spacing w:after="20"/>
        <w:ind w:left="397"/>
      </w:pPr>
      <w:r>
        <w:t>a) Expresie logică</w:t>
      </w:r>
    </w:p>
    <w:p w14:paraId="1D97A8D8" w14:textId="77777777" w:rsidR="00B972B7" w:rsidRDefault="003F4699">
      <w:pPr>
        <w:spacing w:after="20"/>
        <w:ind w:left="397"/>
      </w:pPr>
      <w:r>
        <w:t>b) Expresie relațională</w:t>
      </w:r>
    </w:p>
    <w:p w14:paraId="5E352D46" w14:textId="77777777" w:rsidR="00B972B7" w:rsidRDefault="003F4699">
      <w:pPr>
        <w:spacing w:after="20"/>
        <w:ind w:left="397"/>
      </w:pPr>
      <w:r>
        <w:t>c) Expresie aritmetică</w:t>
      </w:r>
    </w:p>
    <w:p w14:paraId="3916C938" w14:textId="77777777" w:rsidR="00B972B7" w:rsidRDefault="003F4699">
      <w:pPr>
        <w:spacing w:after="20"/>
        <w:ind w:left="397"/>
      </w:pPr>
      <w:r>
        <w:t>d) Instrucțiune de repetare</w:t>
      </w:r>
    </w:p>
    <w:p w14:paraId="3A324DAC" w14:textId="77777777" w:rsidR="00B972B7" w:rsidRDefault="00B972B7"/>
    <w:p w14:paraId="70877A0A" w14:textId="3A503327" w:rsidR="00B972B7" w:rsidRDefault="003F4699">
      <w:pPr>
        <w:pStyle w:val="Subtle"/>
      </w:pPr>
      <w:r>
        <w:t>1 punct din oficiu + 1 punct pentru fiecare răspuns corect.</w:t>
      </w:r>
    </w:p>
    <w:sectPr w:rsidR="00B972B7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20" w:right="1134" w:bottom="1020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05B27" w14:textId="77777777" w:rsidR="00AD2625" w:rsidRDefault="00AD2625">
      <w:pPr>
        <w:spacing w:after="0" w:line="240" w:lineRule="auto"/>
      </w:pPr>
      <w:r>
        <w:separator/>
      </w:r>
    </w:p>
  </w:endnote>
  <w:endnote w:type="continuationSeparator" w:id="0">
    <w:p w14:paraId="3EB6BE31" w14:textId="77777777" w:rsidR="00AD2625" w:rsidRDefault="00AD26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1A5B3" w14:textId="77777777" w:rsidR="007215F2" w:rsidRDefault="007215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4969F" w14:textId="77777777" w:rsidR="00B972B7" w:rsidRDefault="003F4699">
    <w:pPr>
      <w:pStyle w:val="Footer"/>
      <w:jc w:val="center"/>
    </w:pPr>
    <w:r>
      <w:rPr>
        <w:sz w:val="18"/>
      </w:rPr>
      <w:t xml:space="preserve">Pagina </w:t>
    </w:r>
    <w:r>
      <w:fldChar w:fldCharType="begin"/>
    </w:r>
    <w:r>
      <w:instrText>PAGE</w:instrText>
    </w:r>
    <w:r>
      <w:fldChar w:fldCharType="separate"/>
    </w:r>
    <w:r w:rsidR="007215F2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F8B85" w14:textId="77777777" w:rsidR="007215F2" w:rsidRDefault="007215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FBC18A" w14:textId="77777777" w:rsidR="00AD2625" w:rsidRDefault="00AD2625">
      <w:pPr>
        <w:spacing w:after="0" w:line="240" w:lineRule="auto"/>
      </w:pPr>
      <w:r>
        <w:separator/>
      </w:r>
    </w:p>
  </w:footnote>
  <w:footnote w:type="continuationSeparator" w:id="0">
    <w:p w14:paraId="7B1109FC" w14:textId="77777777" w:rsidR="00AD2625" w:rsidRDefault="00AD26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1F14F" w14:textId="77777777" w:rsidR="007215F2" w:rsidRDefault="007215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2249D" w14:textId="50482E6E" w:rsidR="00B972B7" w:rsidRDefault="00B972B7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6C429" w14:textId="77777777" w:rsidR="007215F2" w:rsidRDefault="007215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F4699"/>
    <w:rsid w:val="007215F2"/>
    <w:rsid w:val="00781A95"/>
    <w:rsid w:val="00937A3C"/>
    <w:rsid w:val="00AA1D8D"/>
    <w:rsid w:val="00AD2625"/>
    <w:rsid w:val="00B47730"/>
    <w:rsid w:val="00B972B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BED97F"/>
  <w14:defaultImageDpi w14:val="300"/>
  <w15:docId w15:val="{79D7539F-ADCB-44C0-8FF1-620CE3725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estTitle">
    <w:name w:val="TestTitle"/>
    <w:pPr>
      <w:spacing w:after="60"/>
      <w:jc w:val="center"/>
    </w:pPr>
    <w:rPr>
      <w:rFonts w:ascii="Calibri" w:hAnsi="Calibri"/>
      <w:b/>
      <w:color w:val="1F4E79"/>
      <w:sz w:val="32"/>
    </w:rPr>
  </w:style>
  <w:style w:type="paragraph" w:customStyle="1" w:styleId="Subtle">
    <w:name w:val="Subtle"/>
    <w:pPr>
      <w:spacing w:after="100"/>
    </w:pPr>
    <w:rPr>
      <w:rFonts w:ascii="Calibri" w:hAnsi="Calibri"/>
      <w:i/>
      <w:color w:val="5F5F5F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216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Octavian</cp:lastModifiedBy>
  <cp:revision>3</cp:revision>
  <dcterms:created xsi:type="dcterms:W3CDTF">2026-03-23T15:16:00Z</dcterms:created>
  <dcterms:modified xsi:type="dcterms:W3CDTF">2026-03-23T15:17:00Z</dcterms:modified>
  <cp:category/>
</cp:coreProperties>
</file>