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B275" w14:textId="5A80F2FF" w:rsidR="00CD14F7" w:rsidRDefault="006A45D2">
      <w:pPr>
        <w:pStyle w:val="TitluTest"/>
        <w:jc w:val="center"/>
      </w:pPr>
      <w:r>
        <w:t xml:space="preserve">TEST </w:t>
      </w:r>
      <w:r w:rsidR="00064579">
        <w:t>-V2</w:t>
      </w:r>
    </w:p>
    <w:p w14:paraId="16D5BDC2" w14:textId="77777777" w:rsidR="00CD14F7" w:rsidRDefault="006A45D2">
      <w:proofErr w:type="spellStart"/>
      <w:r>
        <w:rPr>
          <w:b/>
        </w:rPr>
        <w:t>Instrucțiuni</w:t>
      </w:r>
      <w:proofErr w:type="spellEnd"/>
      <w:r>
        <w:rPr>
          <w:b/>
        </w:rPr>
        <w:t xml:space="preserve">: </w:t>
      </w:r>
      <w:proofErr w:type="spellStart"/>
      <w:r>
        <w:t>Alege</w:t>
      </w:r>
      <w:proofErr w:type="spellEnd"/>
      <w:r>
        <w:t xml:space="preserve"> </w:t>
      </w:r>
      <w:proofErr w:type="spellStart"/>
      <w:r>
        <w:t>varianta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pentru fiecare întrebare. Fiecare item are un singur răspuns corect.</w:t>
      </w:r>
    </w:p>
    <w:p w14:paraId="20DD8150" w14:textId="77777777" w:rsidR="00CD14F7" w:rsidRDefault="006A45D2">
      <w:pPr>
        <w:pStyle w:val="Intrebare"/>
      </w:pPr>
      <w:r>
        <w:t xml:space="preserve">1. Ce rol au </w:t>
      </w:r>
      <w:r>
        <w:t>stilurile într-un document?</w:t>
      </w:r>
    </w:p>
    <w:p w14:paraId="6CB698A0" w14:textId="77777777" w:rsidR="00CD14F7" w:rsidRDefault="006A45D2">
      <w:pPr>
        <w:spacing w:after="0"/>
        <w:ind w:left="454"/>
      </w:pPr>
      <w:r>
        <w:t>a) Schimbă automat limba documentului</w:t>
      </w:r>
    </w:p>
    <w:p w14:paraId="340A25AA" w14:textId="77777777" w:rsidR="00CD14F7" w:rsidRDefault="006A45D2">
      <w:pPr>
        <w:spacing w:after="0"/>
        <w:ind w:left="454"/>
      </w:pPr>
      <w:r>
        <w:t>b) Permit formatarea unitară și rapidă a titlurilor și paragrafelor</w:t>
      </w:r>
    </w:p>
    <w:p w14:paraId="0453C833" w14:textId="77777777" w:rsidR="00CD14F7" w:rsidRDefault="006A45D2">
      <w:pPr>
        <w:spacing w:after="0"/>
        <w:ind w:left="454"/>
      </w:pPr>
      <w:r>
        <w:t>c) Șterg greșelile gramaticale</w:t>
      </w:r>
    </w:p>
    <w:p w14:paraId="1D33ED0C" w14:textId="77777777" w:rsidR="00CD14F7" w:rsidRDefault="006A45D2">
      <w:pPr>
        <w:spacing w:after="0"/>
        <w:ind w:left="454"/>
      </w:pPr>
      <w:r>
        <w:t>d) Trimit documentul la imprimantă</w:t>
      </w:r>
    </w:p>
    <w:p w14:paraId="6C19B8C1" w14:textId="77777777" w:rsidR="00CD14F7" w:rsidRDefault="006A45D2">
      <w:pPr>
        <w:pStyle w:val="Intrebare"/>
      </w:pPr>
      <w:r>
        <w:t>2. Ce opțiune se folosește pentru numerotarea paginilor?</w:t>
      </w:r>
    </w:p>
    <w:p w14:paraId="31D1A453" w14:textId="77777777" w:rsidR="00CD14F7" w:rsidRDefault="006A45D2">
      <w:pPr>
        <w:spacing w:after="0"/>
        <w:ind w:left="454"/>
      </w:pPr>
      <w:r>
        <w:t>a) Inserare → Număr pagină</w:t>
      </w:r>
    </w:p>
    <w:p w14:paraId="5299C052" w14:textId="77777777" w:rsidR="00CD14F7" w:rsidRDefault="006A45D2">
      <w:pPr>
        <w:spacing w:after="0"/>
        <w:ind w:left="454"/>
      </w:pPr>
      <w:r>
        <w:t>b) Revizuire → Ortografie</w:t>
      </w:r>
    </w:p>
    <w:p w14:paraId="6F73DE28" w14:textId="77777777" w:rsidR="00CD14F7" w:rsidRDefault="006A45D2">
      <w:pPr>
        <w:spacing w:after="0"/>
        <w:ind w:left="454"/>
      </w:pPr>
      <w:r>
        <w:t>c) Fișier → Salvare</w:t>
      </w:r>
    </w:p>
    <w:p w14:paraId="4B1E929A" w14:textId="77777777" w:rsidR="00CD14F7" w:rsidRDefault="006A45D2">
      <w:pPr>
        <w:spacing w:after="0"/>
        <w:ind w:left="454"/>
      </w:pPr>
      <w:r>
        <w:t>d) Editare → Copiere</w:t>
      </w:r>
    </w:p>
    <w:p w14:paraId="6EEAF157" w14:textId="77777777" w:rsidR="00CD14F7" w:rsidRDefault="006A45D2">
      <w:pPr>
        <w:pStyle w:val="Intrebare"/>
      </w:pPr>
      <w:r>
        <w:t>3. Unde se introduc de obicei data, autorul sau numărul paginii?</w:t>
      </w:r>
    </w:p>
    <w:p w14:paraId="463976D0" w14:textId="77777777" w:rsidR="00CD14F7" w:rsidRDefault="006A45D2">
      <w:pPr>
        <w:spacing w:after="0"/>
        <w:ind w:left="454"/>
      </w:pPr>
      <w:r>
        <w:t>a) În marginea din stânga</w:t>
      </w:r>
    </w:p>
    <w:p w14:paraId="258FEC18" w14:textId="77777777" w:rsidR="00CD14F7" w:rsidRDefault="006A45D2">
      <w:pPr>
        <w:spacing w:after="0"/>
        <w:ind w:left="454"/>
      </w:pPr>
      <w:r>
        <w:t>b) În antet și subsol</w:t>
      </w:r>
    </w:p>
    <w:p w14:paraId="1D612917" w14:textId="77777777" w:rsidR="00CD14F7" w:rsidRDefault="006A45D2">
      <w:pPr>
        <w:spacing w:after="0"/>
        <w:ind w:left="454"/>
      </w:pPr>
      <w:r>
        <w:t>c) În titlul documentului</w:t>
      </w:r>
    </w:p>
    <w:p w14:paraId="33721F10" w14:textId="77777777" w:rsidR="00CD14F7" w:rsidRDefault="006A45D2">
      <w:pPr>
        <w:spacing w:after="0"/>
        <w:ind w:left="454"/>
      </w:pPr>
      <w:r>
        <w:t xml:space="preserve">d) În bara de </w:t>
      </w:r>
      <w:r>
        <w:t>stare</w:t>
      </w:r>
    </w:p>
    <w:p w14:paraId="3C1E7C22" w14:textId="77777777" w:rsidR="00CD14F7" w:rsidRDefault="006A45D2">
      <w:pPr>
        <w:pStyle w:val="Intrebare"/>
      </w:pPr>
      <w:r>
        <w:t>4. Ce este o notă de subsol?</w:t>
      </w:r>
    </w:p>
    <w:p w14:paraId="788CFD97" w14:textId="77777777" w:rsidR="00CD14F7" w:rsidRDefault="006A45D2">
      <w:pPr>
        <w:spacing w:after="0"/>
        <w:ind w:left="454"/>
      </w:pPr>
      <w:r>
        <w:t>a) Un titlu scris la sfârșitul documentului</w:t>
      </w:r>
    </w:p>
    <w:p w14:paraId="53E97082" w14:textId="77777777" w:rsidR="00CD14F7" w:rsidRDefault="006A45D2">
      <w:pPr>
        <w:spacing w:after="0"/>
        <w:ind w:left="454"/>
      </w:pPr>
      <w:r>
        <w:t>b) O explicație sau o informație suplimentară plasată în partea de jos a paginii</w:t>
      </w:r>
    </w:p>
    <w:p w14:paraId="3D8DFF5F" w14:textId="77777777" w:rsidR="00CD14F7" w:rsidRDefault="006A45D2">
      <w:pPr>
        <w:spacing w:after="0"/>
        <w:ind w:left="454"/>
      </w:pPr>
      <w:r>
        <w:t>c) O imagine introdusă în document</w:t>
      </w:r>
    </w:p>
    <w:p w14:paraId="0B8AB8AE" w14:textId="77777777" w:rsidR="00CD14F7" w:rsidRDefault="006A45D2">
      <w:pPr>
        <w:spacing w:after="0"/>
        <w:ind w:left="454"/>
      </w:pPr>
      <w:r>
        <w:t>d) O greșeală de redactare</w:t>
      </w:r>
    </w:p>
    <w:p w14:paraId="63DBA487" w14:textId="77777777" w:rsidR="00CD14F7" w:rsidRDefault="006A45D2">
      <w:pPr>
        <w:pStyle w:val="Intrebare"/>
      </w:pPr>
      <w:r>
        <w:t>5. Care dintre următoarele reprezi</w:t>
      </w:r>
      <w:r>
        <w:t>ntă o regulă generală de tehnoredactare?</w:t>
      </w:r>
    </w:p>
    <w:p w14:paraId="7C43CD85" w14:textId="77777777" w:rsidR="00CD14F7" w:rsidRDefault="006A45D2">
      <w:pPr>
        <w:spacing w:after="0"/>
        <w:ind w:left="454"/>
      </w:pPr>
      <w:r>
        <w:t>a) Folosirea mai multor tipuri de font în același paragraf fără motiv</w:t>
      </w:r>
    </w:p>
    <w:p w14:paraId="50305888" w14:textId="77777777" w:rsidR="00CD14F7" w:rsidRDefault="006A45D2">
      <w:pPr>
        <w:spacing w:after="0"/>
        <w:ind w:left="454"/>
      </w:pPr>
      <w:r>
        <w:t>b) Alinierea și spațierea uniformă a textului</w:t>
      </w:r>
    </w:p>
    <w:p w14:paraId="69C144ED" w14:textId="77777777" w:rsidR="00CD14F7" w:rsidRDefault="006A45D2">
      <w:pPr>
        <w:spacing w:after="0"/>
        <w:ind w:left="454"/>
      </w:pPr>
      <w:r>
        <w:t>c) Scrierea întregului text doar cu majuscule</w:t>
      </w:r>
    </w:p>
    <w:p w14:paraId="367E2B0A" w14:textId="77777777" w:rsidR="00CD14F7" w:rsidRDefault="006A45D2">
      <w:pPr>
        <w:spacing w:after="0"/>
        <w:ind w:left="454"/>
      </w:pPr>
      <w:r>
        <w:t>d) Folosirea culorilor foarte puternice pentru tot do</w:t>
      </w:r>
      <w:r>
        <w:t>cumentul</w:t>
      </w:r>
    </w:p>
    <w:p w14:paraId="2145EA8A" w14:textId="77777777" w:rsidR="00CD14F7" w:rsidRDefault="006A45D2">
      <w:pPr>
        <w:pStyle w:val="Intrebare"/>
      </w:pPr>
      <w:r>
        <w:t>6. Ce combinație de taste este un shortcut folosit frecvent pentru copiere?</w:t>
      </w:r>
    </w:p>
    <w:p w14:paraId="124363B0" w14:textId="77777777" w:rsidR="00CD14F7" w:rsidRDefault="006A45D2">
      <w:pPr>
        <w:spacing w:after="0"/>
        <w:ind w:left="454"/>
      </w:pPr>
      <w:r>
        <w:t>a) Ctrl + V</w:t>
      </w:r>
    </w:p>
    <w:p w14:paraId="3E540937" w14:textId="77777777" w:rsidR="00CD14F7" w:rsidRDefault="006A45D2">
      <w:pPr>
        <w:spacing w:after="0"/>
        <w:ind w:left="454"/>
      </w:pPr>
      <w:r>
        <w:t>b) Ctrl + X</w:t>
      </w:r>
    </w:p>
    <w:p w14:paraId="38F25840" w14:textId="77777777" w:rsidR="00CD14F7" w:rsidRDefault="006A45D2">
      <w:pPr>
        <w:spacing w:after="0"/>
        <w:ind w:left="454"/>
      </w:pPr>
      <w:r>
        <w:t>c) Ctrl + C</w:t>
      </w:r>
    </w:p>
    <w:p w14:paraId="44305DDA" w14:textId="77777777" w:rsidR="00CD14F7" w:rsidRDefault="006A45D2">
      <w:pPr>
        <w:spacing w:after="0"/>
        <w:ind w:left="454"/>
      </w:pPr>
      <w:r>
        <w:t>d) Ctrl + Z</w:t>
      </w:r>
    </w:p>
    <w:p w14:paraId="0E8D3C6E" w14:textId="77777777" w:rsidR="00CD14F7" w:rsidRDefault="006A45D2">
      <w:pPr>
        <w:pStyle w:val="Intrebare"/>
      </w:pPr>
      <w:r>
        <w:t>7. Ce funcție ajută la corectarea greșelilor de ortografie și gramatică?</w:t>
      </w:r>
    </w:p>
    <w:p w14:paraId="5B53FF55" w14:textId="77777777" w:rsidR="00CD14F7" w:rsidRDefault="006A45D2">
      <w:pPr>
        <w:spacing w:after="0"/>
        <w:ind w:left="454"/>
      </w:pPr>
      <w:r>
        <w:t>a) Inserare imagine</w:t>
      </w:r>
    </w:p>
    <w:p w14:paraId="407742A2" w14:textId="77777777" w:rsidR="00CD14F7" w:rsidRDefault="006A45D2">
      <w:pPr>
        <w:spacing w:after="0"/>
        <w:ind w:left="454"/>
      </w:pPr>
      <w:r>
        <w:t>b) Corectare ortografică și gr</w:t>
      </w:r>
      <w:r>
        <w:t>amaticală</w:t>
      </w:r>
    </w:p>
    <w:p w14:paraId="3A442A20" w14:textId="77777777" w:rsidR="00CD14F7" w:rsidRDefault="006A45D2">
      <w:pPr>
        <w:spacing w:after="0"/>
        <w:ind w:left="454"/>
      </w:pPr>
      <w:r>
        <w:t>c) Numerotare pagini</w:t>
      </w:r>
    </w:p>
    <w:p w14:paraId="6410EF54" w14:textId="77777777" w:rsidR="00CD14F7" w:rsidRDefault="006A45D2">
      <w:pPr>
        <w:spacing w:after="0"/>
        <w:ind w:left="454"/>
      </w:pPr>
      <w:r>
        <w:t>d) Imprimare rapidă</w:t>
      </w:r>
    </w:p>
    <w:p w14:paraId="78BA6452" w14:textId="77777777" w:rsidR="00CD14F7" w:rsidRDefault="006A45D2">
      <w:pPr>
        <w:pStyle w:val="Intrebare"/>
      </w:pPr>
      <w:r>
        <w:t>8. Ce trebuie făcut înainte de imprimarea finală a documentului?</w:t>
      </w:r>
    </w:p>
    <w:p w14:paraId="21A792D4" w14:textId="77777777" w:rsidR="00CD14F7" w:rsidRDefault="006A45D2">
      <w:pPr>
        <w:spacing w:after="0"/>
        <w:ind w:left="454"/>
      </w:pPr>
      <w:r>
        <w:lastRenderedPageBreak/>
        <w:t>a) Închiderea documentului</w:t>
      </w:r>
    </w:p>
    <w:p w14:paraId="34B89E5E" w14:textId="77777777" w:rsidR="00CD14F7" w:rsidRDefault="006A45D2">
      <w:pPr>
        <w:spacing w:after="0"/>
        <w:ind w:left="454"/>
      </w:pPr>
      <w:r>
        <w:t>b) Examinarea documentului în previzualizare înaintea imprimării</w:t>
      </w:r>
    </w:p>
    <w:p w14:paraId="29A03D56" w14:textId="77777777" w:rsidR="00CD14F7" w:rsidRDefault="006A45D2">
      <w:pPr>
        <w:spacing w:after="0"/>
        <w:ind w:left="454"/>
      </w:pPr>
      <w:r>
        <w:t>c) Ștergerea antetului</w:t>
      </w:r>
    </w:p>
    <w:p w14:paraId="035DE722" w14:textId="77777777" w:rsidR="00CD14F7" w:rsidRDefault="006A45D2">
      <w:pPr>
        <w:spacing w:after="0"/>
        <w:ind w:left="454"/>
      </w:pPr>
      <w:r>
        <w:t xml:space="preserve">d) Schimbarea </w:t>
      </w:r>
      <w:r>
        <w:t>autorului</w:t>
      </w:r>
    </w:p>
    <w:p w14:paraId="4478C37E" w14:textId="77777777" w:rsidR="00CD14F7" w:rsidRDefault="006A45D2">
      <w:pPr>
        <w:pStyle w:val="Intrebare"/>
      </w:pPr>
      <w:r>
        <w:t>9. Ce permite opțiunea „Scrisori și corespondențe”?</w:t>
      </w:r>
    </w:p>
    <w:p w14:paraId="67F07ED4" w14:textId="77777777" w:rsidR="00CD14F7" w:rsidRDefault="006A45D2">
      <w:pPr>
        <w:spacing w:after="0"/>
        <w:ind w:left="454"/>
      </w:pPr>
      <w:r>
        <w:t>a) Realizarea unui tabel</w:t>
      </w:r>
    </w:p>
    <w:p w14:paraId="103E84DA" w14:textId="77777777" w:rsidR="00CD14F7" w:rsidRDefault="006A45D2">
      <w:pPr>
        <w:spacing w:after="0"/>
        <w:ind w:left="454"/>
      </w:pPr>
      <w:r>
        <w:t>b) Crearea și trimiterea documentelor personalizate către mai mulți destinatari</w:t>
      </w:r>
    </w:p>
    <w:p w14:paraId="497B6002" w14:textId="77777777" w:rsidR="00CD14F7" w:rsidRDefault="006A45D2">
      <w:pPr>
        <w:spacing w:after="0"/>
        <w:ind w:left="454"/>
      </w:pPr>
      <w:r>
        <w:t>c) Corectarea ortografică automată</w:t>
      </w:r>
    </w:p>
    <w:p w14:paraId="4AFB1275" w14:textId="4D2ED07D" w:rsidR="00CD14F7" w:rsidRDefault="006A45D2" w:rsidP="008A5B1B">
      <w:pPr>
        <w:spacing w:after="0"/>
        <w:ind w:left="454"/>
      </w:pPr>
      <w:r>
        <w:t>d) Schimbarea orientării paginii</w:t>
      </w:r>
    </w:p>
    <w:sectPr w:rsidR="00CD14F7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EEC8" w14:textId="77777777" w:rsidR="006A45D2" w:rsidRDefault="006A45D2">
      <w:pPr>
        <w:spacing w:after="0" w:line="240" w:lineRule="auto"/>
      </w:pPr>
      <w:r>
        <w:separator/>
      </w:r>
    </w:p>
  </w:endnote>
  <w:endnote w:type="continuationSeparator" w:id="0">
    <w:p w14:paraId="28C5155B" w14:textId="77777777" w:rsidR="006A45D2" w:rsidRDefault="006A4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9CC6A" w14:textId="77777777" w:rsidR="006A45D2" w:rsidRDefault="006A45D2">
      <w:pPr>
        <w:spacing w:after="0" w:line="240" w:lineRule="auto"/>
      </w:pPr>
      <w:r>
        <w:separator/>
      </w:r>
    </w:p>
  </w:footnote>
  <w:footnote w:type="continuationSeparator" w:id="0">
    <w:p w14:paraId="42A6D4E2" w14:textId="77777777" w:rsidR="006A45D2" w:rsidRDefault="006A4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3ED1B" w14:textId="3E3145B5" w:rsidR="00CD14F7" w:rsidRDefault="00CD14F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579"/>
    <w:rsid w:val="0015074B"/>
    <w:rsid w:val="0029639D"/>
    <w:rsid w:val="00326F90"/>
    <w:rsid w:val="006A45D2"/>
    <w:rsid w:val="008A5B1B"/>
    <w:rsid w:val="00AA1D8D"/>
    <w:rsid w:val="00B47730"/>
    <w:rsid w:val="00CB0664"/>
    <w:rsid w:val="00CD14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16C46"/>
  <w14:defaultImageDpi w14:val="300"/>
  <w15:docId w15:val="{21F837AC-92FB-4769-888C-67FB8FAB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uTest">
    <w:name w:val="TitluTest"/>
    <w:pPr>
      <w:spacing w:after="120"/>
    </w:pPr>
    <w:rPr>
      <w:rFonts w:ascii="Calibri" w:hAnsi="Calibri"/>
      <w:b/>
      <w:color w:val="1F4E79"/>
      <w:sz w:val="36"/>
    </w:rPr>
  </w:style>
  <w:style w:type="paragraph" w:customStyle="1" w:styleId="SubtitluTest">
    <w:name w:val="SubtitluTest"/>
    <w:rPr>
      <w:rFonts w:ascii="Calibri" w:hAnsi="Calibri"/>
      <w:i/>
      <w:color w:val="595959"/>
    </w:rPr>
  </w:style>
  <w:style w:type="paragraph" w:customStyle="1" w:styleId="Intrebare">
    <w:name w:val="Intrebare"/>
    <w:pPr>
      <w:spacing w:before="120" w:after="40"/>
    </w:pPr>
    <w:rPr>
      <w:rFonts w:ascii="Calibri" w:hAnsi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2</cp:revision>
  <dcterms:created xsi:type="dcterms:W3CDTF">2026-03-23T10:43:00Z</dcterms:created>
  <dcterms:modified xsi:type="dcterms:W3CDTF">2026-03-23T10:43:00Z</dcterms:modified>
  <cp:category/>
</cp:coreProperties>
</file>