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2A361" w14:textId="08B050C3" w:rsidR="006618A1" w:rsidRDefault="000B2AE9">
      <w:pPr>
        <w:jc w:val="center"/>
      </w:pPr>
      <w:r>
        <w:rPr>
          <w:b/>
          <w:color w:val="1F4E79"/>
          <w:sz w:val="30"/>
        </w:rPr>
        <w:t>Test 1</w:t>
      </w:r>
    </w:p>
    <w:p w14:paraId="704AD2A9" w14:textId="77777777" w:rsidR="006618A1" w:rsidRDefault="000B2AE9">
      <w:proofErr w:type="spellStart"/>
      <w:r>
        <w:rPr>
          <w:b/>
        </w:rPr>
        <w:t>Instrucțiuni</w:t>
      </w:r>
      <w:proofErr w:type="spellEnd"/>
      <w:r>
        <w:rPr>
          <w:b/>
        </w:rPr>
        <w:t xml:space="preserve">: </w:t>
      </w:r>
      <w:proofErr w:type="spellStart"/>
      <w:r>
        <w:t>Încercuiește</w:t>
      </w:r>
      <w:proofErr w:type="spellEnd"/>
      <w:r>
        <w:t xml:space="preserve"> </w:t>
      </w:r>
      <w:proofErr w:type="spellStart"/>
      <w:r>
        <w:t>varianta</w:t>
      </w:r>
      <w:proofErr w:type="spellEnd"/>
      <w:r>
        <w:t xml:space="preserve"> </w:t>
      </w:r>
      <w:proofErr w:type="spellStart"/>
      <w:r>
        <w:t>corectă</w:t>
      </w:r>
      <w:proofErr w:type="spellEnd"/>
      <w:r>
        <w:t xml:space="preserve">. </w:t>
      </w:r>
      <w:proofErr w:type="spellStart"/>
      <w:r>
        <w:t>Fiecare</w:t>
      </w:r>
      <w:proofErr w:type="spellEnd"/>
      <w:r>
        <w:t xml:space="preserve"> item are un </w:t>
      </w:r>
      <w:proofErr w:type="spellStart"/>
      <w:r>
        <w:t>singur</w:t>
      </w:r>
      <w:proofErr w:type="spellEnd"/>
      <w:r>
        <w:t xml:space="preserve"> </w:t>
      </w:r>
      <w:proofErr w:type="spellStart"/>
      <w:r>
        <w:t>răspuns</w:t>
      </w:r>
      <w:proofErr w:type="spellEnd"/>
      <w:r>
        <w:t xml:space="preserve"> </w:t>
      </w:r>
      <w:proofErr w:type="spellStart"/>
      <w:r>
        <w:t>corect</w:t>
      </w:r>
      <w:proofErr w:type="spellEnd"/>
      <w:r>
        <w:t>.</w:t>
      </w:r>
    </w:p>
    <w:p w14:paraId="01809270" w14:textId="77777777" w:rsidR="006618A1" w:rsidRDefault="000B2AE9">
      <w:pPr>
        <w:spacing w:after="40"/>
      </w:pPr>
      <w:r>
        <w:rPr>
          <w:b/>
        </w:rPr>
        <w:t xml:space="preserve">1. Ce facilitate a </w:t>
      </w:r>
      <w:proofErr w:type="spellStart"/>
      <w:r>
        <w:rPr>
          <w:b/>
        </w:rPr>
        <w:t>unui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mediu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dezvoltare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permite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executarea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programului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vedea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rezultatul</w:t>
      </w:r>
      <w:proofErr w:type="spellEnd"/>
      <w:r>
        <w:rPr>
          <w:b/>
        </w:rPr>
        <w:t>?</w:t>
      </w:r>
    </w:p>
    <w:p w14:paraId="3C7E7BAC" w14:textId="77777777" w:rsidR="006618A1" w:rsidRDefault="000B2AE9">
      <w:pPr>
        <w:spacing w:after="20" w:line="264" w:lineRule="auto"/>
        <w:ind w:left="340"/>
      </w:pPr>
      <w:r>
        <w:t xml:space="preserve">a) </w:t>
      </w:r>
      <w:proofErr w:type="spellStart"/>
      <w:r>
        <w:t>Depanarea</w:t>
      </w:r>
      <w:proofErr w:type="spellEnd"/>
    </w:p>
    <w:p w14:paraId="5B5B5D09" w14:textId="77777777" w:rsidR="006618A1" w:rsidRDefault="000B2AE9">
      <w:pPr>
        <w:spacing w:after="20" w:line="264" w:lineRule="auto"/>
        <w:ind w:left="340"/>
      </w:pPr>
      <w:r>
        <w:t xml:space="preserve">b) </w:t>
      </w:r>
      <w:proofErr w:type="spellStart"/>
      <w:r>
        <w:t>Rularea</w:t>
      </w:r>
      <w:proofErr w:type="spellEnd"/>
    </w:p>
    <w:p w14:paraId="5B0D089F" w14:textId="77777777" w:rsidR="006618A1" w:rsidRDefault="000B2AE9">
      <w:pPr>
        <w:spacing w:after="20" w:line="264" w:lineRule="auto"/>
        <w:ind w:left="340"/>
      </w:pPr>
      <w:r>
        <w:t xml:space="preserve">c) </w:t>
      </w:r>
      <w:proofErr w:type="spellStart"/>
      <w:r>
        <w:t>Editarea</w:t>
      </w:r>
      <w:proofErr w:type="spellEnd"/>
    </w:p>
    <w:p w14:paraId="1E109A40" w14:textId="77777777" w:rsidR="006618A1" w:rsidRDefault="000B2AE9">
      <w:pPr>
        <w:spacing w:after="20" w:line="264" w:lineRule="auto"/>
        <w:ind w:left="340"/>
      </w:pPr>
      <w:r>
        <w:t xml:space="preserve">d) </w:t>
      </w:r>
      <w:proofErr w:type="spellStart"/>
      <w:r>
        <w:t>Salvarea</w:t>
      </w:r>
      <w:proofErr w:type="spellEnd"/>
    </w:p>
    <w:p w14:paraId="7DFA3E98" w14:textId="77777777" w:rsidR="006618A1" w:rsidRDefault="006618A1">
      <w:pPr>
        <w:spacing w:after="40"/>
      </w:pPr>
    </w:p>
    <w:p w14:paraId="04405A03" w14:textId="77777777" w:rsidR="006618A1" w:rsidRDefault="000B2AE9">
      <w:pPr>
        <w:spacing w:after="40"/>
      </w:pPr>
      <w:r>
        <w:rPr>
          <w:b/>
        </w:rPr>
        <w:t xml:space="preserve">2. Care </w:t>
      </w:r>
      <w:proofErr w:type="spellStart"/>
      <w:r>
        <w:rPr>
          <w:b/>
        </w:rPr>
        <w:t>este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rolul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depanării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într</w:t>
      </w:r>
      <w:proofErr w:type="spellEnd"/>
      <w:r>
        <w:rPr>
          <w:b/>
        </w:rPr>
        <w:t xml:space="preserve">-un </w:t>
      </w:r>
      <w:proofErr w:type="spellStart"/>
      <w:r>
        <w:rPr>
          <w:b/>
        </w:rPr>
        <w:t>limbaj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programare</w:t>
      </w:r>
      <w:proofErr w:type="spellEnd"/>
      <w:r>
        <w:rPr>
          <w:b/>
        </w:rPr>
        <w:t>?</w:t>
      </w:r>
    </w:p>
    <w:p w14:paraId="33C9E441" w14:textId="77777777" w:rsidR="006618A1" w:rsidRDefault="000B2AE9">
      <w:pPr>
        <w:spacing w:after="20" w:line="264" w:lineRule="auto"/>
        <w:ind w:left="340"/>
      </w:pPr>
      <w:r>
        <w:t xml:space="preserve">a) </w:t>
      </w:r>
      <w:proofErr w:type="spellStart"/>
      <w:r>
        <w:t>Descoperirea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corectarea</w:t>
      </w:r>
      <w:proofErr w:type="spellEnd"/>
      <w:r>
        <w:t xml:space="preserve"> </w:t>
      </w:r>
      <w:proofErr w:type="spellStart"/>
      <w:r>
        <w:t>erorilor</w:t>
      </w:r>
      <w:proofErr w:type="spellEnd"/>
      <w:r>
        <w:t xml:space="preserve"> din program</w:t>
      </w:r>
    </w:p>
    <w:p w14:paraId="6346702C" w14:textId="77777777" w:rsidR="006618A1" w:rsidRDefault="000B2AE9">
      <w:pPr>
        <w:spacing w:after="20" w:line="264" w:lineRule="auto"/>
        <w:ind w:left="340"/>
      </w:pPr>
      <w:r>
        <w:t xml:space="preserve">b) </w:t>
      </w:r>
      <w:proofErr w:type="spellStart"/>
      <w:r>
        <w:t>Introducerea</w:t>
      </w:r>
      <w:proofErr w:type="spellEnd"/>
      <w:r>
        <w:t xml:space="preserve"> </w:t>
      </w:r>
      <w:proofErr w:type="spellStart"/>
      <w:r>
        <w:t>imaginilor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document</w:t>
      </w:r>
    </w:p>
    <w:p w14:paraId="204A2AAB" w14:textId="77777777" w:rsidR="006618A1" w:rsidRDefault="000B2AE9">
      <w:pPr>
        <w:spacing w:after="20" w:line="264" w:lineRule="auto"/>
        <w:ind w:left="340"/>
      </w:pPr>
      <w:r>
        <w:t xml:space="preserve">c) </w:t>
      </w:r>
      <w:proofErr w:type="spellStart"/>
      <w:r>
        <w:t>Tipărirea</w:t>
      </w:r>
      <w:proofErr w:type="spellEnd"/>
      <w:r>
        <w:t xml:space="preserve"> </w:t>
      </w:r>
      <w:proofErr w:type="spellStart"/>
      <w:r>
        <w:t>codului</w:t>
      </w:r>
      <w:proofErr w:type="spellEnd"/>
      <w:r>
        <w:t xml:space="preserve"> </w:t>
      </w:r>
      <w:proofErr w:type="spellStart"/>
      <w:r>
        <w:t>sursă</w:t>
      </w:r>
      <w:proofErr w:type="spellEnd"/>
    </w:p>
    <w:p w14:paraId="58539E10" w14:textId="77777777" w:rsidR="006618A1" w:rsidRDefault="000B2AE9">
      <w:pPr>
        <w:spacing w:after="20" w:line="264" w:lineRule="auto"/>
        <w:ind w:left="340"/>
      </w:pPr>
      <w:r>
        <w:t xml:space="preserve">d) </w:t>
      </w:r>
      <w:proofErr w:type="spellStart"/>
      <w:r>
        <w:t>Schimbarea</w:t>
      </w:r>
      <w:proofErr w:type="spellEnd"/>
      <w:r>
        <w:t xml:space="preserve"> </w:t>
      </w:r>
      <w:proofErr w:type="spellStart"/>
      <w:r>
        <w:t>culorii</w:t>
      </w:r>
      <w:proofErr w:type="spellEnd"/>
      <w:r>
        <w:t xml:space="preserve"> </w:t>
      </w:r>
      <w:proofErr w:type="spellStart"/>
      <w:r>
        <w:t>ecranului</w:t>
      </w:r>
      <w:proofErr w:type="spellEnd"/>
    </w:p>
    <w:p w14:paraId="1AE3B1A5" w14:textId="77777777" w:rsidR="006618A1" w:rsidRDefault="006618A1">
      <w:pPr>
        <w:spacing w:after="40"/>
      </w:pPr>
    </w:p>
    <w:p w14:paraId="2C22B4A6" w14:textId="77777777" w:rsidR="006618A1" w:rsidRDefault="000B2AE9">
      <w:pPr>
        <w:spacing w:after="40"/>
      </w:pPr>
      <w:r>
        <w:rPr>
          <w:b/>
        </w:rPr>
        <w:t xml:space="preserve">3. Din </w:t>
      </w:r>
      <w:proofErr w:type="spellStart"/>
      <w:r>
        <w:rPr>
          <w:b/>
        </w:rPr>
        <w:t>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alcătuit</w:t>
      </w:r>
      <w:proofErr w:type="spellEnd"/>
      <w:r>
        <w:rPr>
          <w:b/>
        </w:rPr>
        <w:t xml:space="preserve"> un program </w:t>
      </w:r>
      <w:proofErr w:type="spellStart"/>
      <w:r>
        <w:rPr>
          <w:b/>
        </w:rPr>
        <w:t>simplu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scris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într</w:t>
      </w:r>
      <w:proofErr w:type="spellEnd"/>
      <w:r>
        <w:rPr>
          <w:b/>
        </w:rPr>
        <w:t xml:space="preserve">-un </w:t>
      </w:r>
      <w:proofErr w:type="spellStart"/>
      <w:r>
        <w:rPr>
          <w:b/>
        </w:rPr>
        <w:t>limbaj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programare</w:t>
      </w:r>
      <w:proofErr w:type="spellEnd"/>
      <w:r>
        <w:rPr>
          <w:b/>
        </w:rPr>
        <w:t>?</w:t>
      </w:r>
    </w:p>
    <w:p w14:paraId="4A791680" w14:textId="77777777" w:rsidR="006618A1" w:rsidRDefault="000B2AE9">
      <w:pPr>
        <w:spacing w:after="20" w:line="264" w:lineRule="auto"/>
        <w:ind w:left="340"/>
      </w:pPr>
      <w:r>
        <w:t xml:space="preserve">a) </w:t>
      </w:r>
      <w:proofErr w:type="spellStart"/>
      <w:r>
        <w:t>Doar</w:t>
      </w:r>
      <w:proofErr w:type="spellEnd"/>
      <w:r>
        <w:t xml:space="preserve"> din </w:t>
      </w:r>
      <w:proofErr w:type="spellStart"/>
      <w:r>
        <w:t>imagini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sunete</w:t>
      </w:r>
      <w:proofErr w:type="spellEnd"/>
    </w:p>
    <w:p w14:paraId="2261104E" w14:textId="77777777" w:rsidR="006618A1" w:rsidRDefault="000B2AE9">
      <w:pPr>
        <w:spacing w:after="20" w:line="264" w:lineRule="auto"/>
        <w:ind w:left="340"/>
      </w:pPr>
      <w:r>
        <w:t xml:space="preserve">b) </w:t>
      </w:r>
      <w:proofErr w:type="spellStart"/>
      <w:r>
        <w:t>Doar</w:t>
      </w:r>
      <w:proofErr w:type="spellEnd"/>
      <w:r>
        <w:t xml:space="preserve"> din </w:t>
      </w:r>
      <w:proofErr w:type="spellStart"/>
      <w:r>
        <w:t>titlu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autor</w:t>
      </w:r>
      <w:proofErr w:type="spellEnd"/>
    </w:p>
    <w:p w14:paraId="00BB5815" w14:textId="77777777" w:rsidR="006618A1" w:rsidRDefault="000B2AE9">
      <w:pPr>
        <w:spacing w:after="20" w:line="264" w:lineRule="auto"/>
        <w:ind w:left="340"/>
      </w:pPr>
      <w:r>
        <w:t xml:space="preserve">c) Din </w:t>
      </w:r>
      <w:proofErr w:type="spellStart"/>
      <w:r>
        <w:t>instrucțiuni</w:t>
      </w:r>
      <w:proofErr w:type="spellEnd"/>
      <w:r>
        <w:t>/</w:t>
      </w:r>
      <w:proofErr w:type="spellStart"/>
      <w:r>
        <w:t>comenzi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-o </w:t>
      </w:r>
      <w:proofErr w:type="spellStart"/>
      <w:r>
        <w:t>anumită</w:t>
      </w:r>
      <w:proofErr w:type="spellEnd"/>
      <w:r>
        <w:t xml:space="preserve"> </w:t>
      </w:r>
      <w:proofErr w:type="spellStart"/>
      <w:r>
        <w:t>ordine</w:t>
      </w:r>
      <w:proofErr w:type="spellEnd"/>
    </w:p>
    <w:p w14:paraId="2E2EC5A4" w14:textId="77777777" w:rsidR="006618A1" w:rsidRDefault="000B2AE9">
      <w:pPr>
        <w:spacing w:after="20" w:line="264" w:lineRule="auto"/>
        <w:ind w:left="340"/>
      </w:pPr>
      <w:r>
        <w:t>d) Din slide-</w:t>
      </w:r>
      <w:proofErr w:type="spellStart"/>
      <w:r>
        <w:t>uri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animații</w:t>
      </w:r>
      <w:proofErr w:type="spellEnd"/>
    </w:p>
    <w:p w14:paraId="5360FE45" w14:textId="77777777" w:rsidR="006618A1" w:rsidRDefault="006618A1">
      <w:pPr>
        <w:spacing w:after="40"/>
      </w:pPr>
    </w:p>
    <w:p w14:paraId="4B076C4D" w14:textId="77777777" w:rsidR="006618A1" w:rsidRDefault="000B2AE9">
      <w:pPr>
        <w:spacing w:after="40"/>
      </w:pPr>
      <w:r>
        <w:rPr>
          <w:b/>
        </w:rPr>
        <w:t xml:space="preserve">4. Ce </w:t>
      </w:r>
      <w:proofErr w:type="spellStart"/>
      <w:r>
        <w:rPr>
          <w:b/>
        </w:rPr>
        <w:t>reprezintă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vocabularul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limbajului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programare</w:t>
      </w:r>
      <w:proofErr w:type="spellEnd"/>
      <w:r>
        <w:rPr>
          <w:b/>
        </w:rPr>
        <w:t>?</w:t>
      </w:r>
    </w:p>
    <w:p w14:paraId="76D2B636" w14:textId="77777777" w:rsidR="006618A1" w:rsidRDefault="000B2AE9">
      <w:pPr>
        <w:spacing w:after="20" w:line="264" w:lineRule="auto"/>
        <w:ind w:left="340"/>
      </w:pPr>
      <w:r>
        <w:t xml:space="preserve">a) Lista </w:t>
      </w:r>
      <w:proofErr w:type="spellStart"/>
      <w:r>
        <w:t>imprimantelor</w:t>
      </w:r>
      <w:proofErr w:type="spellEnd"/>
      <w:r>
        <w:t xml:space="preserve"> </w:t>
      </w:r>
      <w:proofErr w:type="spellStart"/>
      <w:r>
        <w:t>instalate</w:t>
      </w:r>
      <w:proofErr w:type="spellEnd"/>
    </w:p>
    <w:p w14:paraId="0CA53992" w14:textId="77777777" w:rsidR="006618A1" w:rsidRDefault="000B2AE9">
      <w:pPr>
        <w:spacing w:after="20" w:line="264" w:lineRule="auto"/>
        <w:ind w:left="340"/>
      </w:pPr>
      <w:r>
        <w:t xml:space="preserve">b) </w:t>
      </w:r>
      <w:proofErr w:type="spellStart"/>
      <w:r>
        <w:t>Mulțimea</w:t>
      </w:r>
      <w:proofErr w:type="spellEnd"/>
      <w:r>
        <w:t xml:space="preserve"> </w:t>
      </w:r>
      <w:proofErr w:type="spellStart"/>
      <w:r>
        <w:t>cuvintelor</w:t>
      </w:r>
      <w:proofErr w:type="spellEnd"/>
      <w:r>
        <w:t xml:space="preserve">, </w:t>
      </w:r>
      <w:proofErr w:type="spellStart"/>
      <w:r>
        <w:t>simbolurilor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regulilor</w:t>
      </w:r>
      <w:proofErr w:type="spellEnd"/>
      <w:r>
        <w:t xml:space="preserve"> </w:t>
      </w:r>
      <w:proofErr w:type="spellStart"/>
      <w:r>
        <w:t>folosite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limbaj</w:t>
      </w:r>
      <w:proofErr w:type="spellEnd"/>
    </w:p>
    <w:p w14:paraId="399E4492" w14:textId="77777777" w:rsidR="006618A1" w:rsidRDefault="000B2AE9">
      <w:pPr>
        <w:spacing w:after="20" w:line="264" w:lineRule="auto"/>
        <w:ind w:left="340"/>
      </w:pPr>
      <w:r>
        <w:t xml:space="preserve">c) Lista </w:t>
      </w:r>
      <w:proofErr w:type="spellStart"/>
      <w:r>
        <w:t>elevilor</w:t>
      </w:r>
      <w:proofErr w:type="spellEnd"/>
      <w:r>
        <w:t xml:space="preserve"> din </w:t>
      </w:r>
      <w:proofErr w:type="spellStart"/>
      <w:r>
        <w:t>clasă</w:t>
      </w:r>
      <w:proofErr w:type="spellEnd"/>
    </w:p>
    <w:p w14:paraId="07B9672A" w14:textId="77777777" w:rsidR="006618A1" w:rsidRDefault="000B2AE9">
      <w:pPr>
        <w:spacing w:after="20" w:line="264" w:lineRule="auto"/>
        <w:ind w:left="340"/>
      </w:pPr>
      <w:r>
        <w:t xml:space="preserve">d) </w:t>
      </w:r>
      <w:proofErr w:type="spellStart"/>
      <w:r>
        <w:t>Fișierele</w:t>
      </w:r>
      <w:proofErr w:type="spellEnd"/>
      <w:r>
        <w:t xml:space="preserve"> audio ale </w:t>
      </w:r>
      <w:proofErr w:type="spellStart"/>
      <w:r>
        <w:t>programului</w:t>
      </w:r>
      <w:proofErr w:type="spellEnd"/>
    </w:p>
    <w:p w14:paraId="6EB76CBA" w14:textId="77777777" w:rsidR="006618A1" w:rsidRDefault="006618A1">
      <w:pPr>
        <w:spacing w:after="40"/>
      </w:pPr>
    </w:p>
    <w:p w14:paraId="0DD31DCD" w14:textId="77777777" w:rsidR="006618A1" w:rsidRDefault="000B2AE9">
      <w:pPr>
        <w:spacing w:after="40"/>
      </w:pPr>
      <w:r>
        <w:rPr>
          <w:b/>
        </w:rPr>
        <w:t xml:space="preserve">5. Care </w:t>
      </w:r>
      <w:proofErr w:type="spellStart"/>
      <w:r>
        <w:rPr>
          <w:b/>
        </w:rPr>
        <w:t>dintre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următoarele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valori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este</w:t>
      </w:r>
      <w:proofErr w:type="spellEnd"/>
      <w:r>
        <w:rPr>
          <w:b/>
        </w:rPr>
        <w:t xml:space="preserve"> un </w:t>
      </w:r>
      <w:proofErr w:type="spellStart"/>
      <w:r>
        <w:rPr>
          <w:b/>
        </w:rPr>
        <w:t>exemplu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dată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numerică</w:t>
      </w:r>
      <w:proofErr w:type="spellEnd"/>
      <w:r>
        <w:rPr>
          <w:b/>
        </w:rPr>
        <w:t>?</w:t>
      </w:r>
    </w:p>
    <w:p w14:paraId="772AE942" w14:textId="77777777" w:rsidR="006618A1" w:rsidRDefault="000B2AE9">
      <w:pPr>
        <w:spacing w:after="20" w:line="264" w:lineRule="auto"/>
        <w:ind w:left="340"/>
      </w:pPr>
      <w:r>
        <w:t>a) 45</w:t>
      </w:r>
    </w:p>
    <w:p w14:paraId="44437420" w14:textId="77777777" w:rsidR="006618A1" w:rsidRDefault="000B2AE9">
      <w:pPr>
        <w:spacing w:after="20" w:line="264" w:lineRule="auto"/>
        <w:ind w:left="340"/>
      </w:pPr>
      <w:r>
        <w:t>b) „Salut”</w:t>
      </w:r>
    </w:p>
    <w:p w14:paraId="6ACABFDF" w14:textId="77777777" w:rsidR="006618A1" w:rsidRDefault="000B2AE9">
      <w:pPr>
        <w:spacing w:after="20" w:line="264" w:lineRule="auto"/>
        <w:ind w:left="340"/>
      </w:pPr>
      <w:r>
        <w:t xml:space="preserve">c) </w:t>
      </w:r>
      <w:proofErr w:type="spellStart"/>
      <w:r>
        <w:t>adevărat</w:t>
      </w:r>
      <w:proofErr w:type="spellEnd"/>
    </w:p>
    <w:p w14:paraId="7F2FBC74" w14:textId="77777777" w:rsidR="006618A1" w:rsidRDefault="000B2AE9">
      <w:pPr>
        <w:spacing w:after="20" w:line="264" w:lineRule="auto"/>
        <w:ind w:left="340"/>
      </w:pPr>
      <w:r>
        <w:t xml:space="preserve">d) </w:t>
      </w:r>
      <w:proofErr w:type="spellStart"/>
      <w:r>
        <w:t>culoare</w:t>
      </w:r>
      <w:proofErr w:type="spellEnd"/>
    </w:p>
    <w:p w14:paraId="655DA473" w14:textId="77777777" w:rsidR="006618A1" w:rsidRDefault="006618A1">
      <w:pPr>
        <w:spacing w:after="40"/>
      </w:pPr>
    </w:p>
    <w:p w14:paraId="547AC8C9" w14:textId="77777777" w:rsidR="006618A1" w:rsidRDefault="000B2AE9">
      <w:pPr>
        <w:spacing w:after="40"/>
      </w:pPr>
      <w:r>
        <w:rPr>
          <w:b/>
        </w:rPr>
        <w:t xml:space="preserve">6. Ce </w:t>
      </w:r>
      <w:proofErr w:type="spellStart"/>
      <w:r>
        <w:rPr>
          <w:b/>
        </w:rPr>
        <w:t>instrucțiune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folosită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citirea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valori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introduse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utilizator</w:t>
      </w:r>
      <w:proofErr w:type="spellEnd"/>
      <w:r>
        <w:rPr>
          <w:b/>
        </w:rPr>
        <w:t>?</w:t>
      </w:r>
    </w:p>
    <w:p w14:paraId="0575AE46" w14:textId="77777777" w:rsidR="006618A1" w:rsidRDefault="000B2AE9">
      <w:pPr>
        <w:spacing w:after="20" w:line="264" w:lineRule="auto"/>
        <w:ind w:left="340"/>
      </w:pPr>
      <w:r>
        <w:t xml:space="preserve">a) </w:t>
      </w:r>
      <w:proofErr w:type="spellStart"/>
      <w:r>
        <w:t>Afișare</w:t>
      </w:r>
      <w:proofErr w:type="spellEnd"/>
    </w:p>
    <w:p w14:paraId="0EAB7273" w14:textId="77777777" w:rsidR="006618A1" w:rsidRDefault="000B2AE9">
      <w:pPr>
        <w:spacing w:after="20" w:line="264" w:lineRule="auto"/>
        <w:ind w:left="340"/>
      </w:pPr>
      <w:r>
        <w:t xml:space="preserve">b) </w:t>
      </w:r>
      <w:proofErr w:type="spellStart"/>
      <w:r>
        <w:t>Desenare</w:t>
      </w:r>
      <w:proofErr w:type="spellEnd"/>
    </w:p>
    <w:p w14:paraId="62525009" w14:textId="77777777" w:rsidR="006618A1" w:rsidRDefault="000B2AE9">
      <w:pPr>
        <w:spacing w:after="20" w:line="264" w:lineRule="auto"/>
        <w:ind w:left="340"/>
      </w:pPr>
      <w:r>
        <w:t xml:space="preserve">c) </w:t>
      </w:r>
      <w:proofErr w:type="spellStart"/>
      <w:r>
        <w:t>Citire</w:t>
      </w:r>
      <w:proofErr w:type="spellEnd"/>
    </w:p>
    <w:p w14:paraId="0AD55432" w14:textId="77777777" w:rsidR="006618A1" w:rsidRDefault="000B2AE9">
      <w:pPr>
        <w:spacing w:after="20" w:line="264" w:lineRule="auto"/>
        <w:ind w:left="340"/>
      </w:pPr>
      <w:r>
        <w:t xml:space="preserve">d) </w:t>
      </w:r>
      <w:proofErr w:type="spellStart"/>
      <w:r>
        <w:t>Imprimare</w:t>
      </w:r>
      <w:proofErr w:type="spellEnd"/>
    </w:p>
    <w:p w14:paraId="350BBD5C" w14:textId="77777777" w:rsidR="006618A1" w:rsidRDefault="006618A1">
      <w:pPr>
        <w:spacing w:after="40"/>
      </w:pPr>
    </w:p>
    <w:p w14:paraId="1E6C38EF" w14:textId="77777777" w:rsidR="006618A1" w:rsidRDefault="000B2AE9">
      <w:pPr>
        <w:spacing w:after="40"/>
      </w:pPr>
      <w:r>
        <w:rPr>
          <w:b/>
        </w:rPr>
        <w:t xml:space="preserve">7. Ce face o </w:t>
      </w:r>
      <w:proofErr w:type="spellStart"/>
      <w:r>
        <w:rPr>
          <w:b/>
        </w:rPr>
        <w:t>instrucțiune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afișare</w:t>
      </w:r>
      <w:proofErr w:type="spellEnd"/>
      <w:r>
        <w:rPr>
          <w:b/>
        </w:rPr>
        <w:t>?</w:t>
      </w:r>
    </w:p>
    <w:p w14:paraId="38D0D961" w14:textId="77777777" w:rsidR="006618A1" w:rsidRDefault="000B2AE9">
      <w:pPr>
        <w:spacing w:after="20" w:line="264" w:lineRule="auto"/>
        <w:ind w:left="340"/>
      </w:pPr>
      <w:r>
        <w:t xml:space="preserve">a) </w:t>
      </w:r>
      <w:proofErr w:type="spellStart"/>
      <w:r>
        <w:t>Șterge</w:t>
      </w:r>
      <w:proofErr w:type="spellEnd"/>
      <w:r>
        <w:t xml:space="preserve"> </w:t>
      </w:r>
      <w:proofErr w:type="spellStart"/>
      <w:r>
        <w:t>programul</w:t>
      </w:r>
      <w:proofErr w:type="spellEnd"/>
    </w:p>
    <w:p w14:paraId="3F302CB0" w14:textId="77777777" w:rsidR="006618A1" w:rsidRDefault="000B2AE9">
      <w:pPr>
        <w:spacing w:after="20" w:line="264" w:lineRule="auto"/>
        <w:ind w:left="340"/>
      </w:pPr>
      <w:r>
        <w:t xml:space="preserve">b) </w:t>
      </w:r>
      <w:proofErr w:type="spellStart"/>
      <w:r>
        <w:t>Trimite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pe e-mail</w:t>
      </w:r>
    </w:p>
    <w:p w14:paraId="362F3C99" w14:textId="77777777" w:rsidR="006618A1" w:rsidRDefault="000B2AE9">
      <w:pPr>
        <w:spacing w:after="20" w:line="264" w:lineRule="auto"/>
        <w:ind w:left="340"/>
      </w:pPr>
      <w:r>
        <w:t xml:space="preserve">c) </w:t>
      </w:r>
      <w:proofErr w:type="spellStart"/>
      <w:r>
        <w:t>Arată</w:t>
      </w:r>
      <w:proofErr w:type="spellEnd"/>
      <w:r>
        <w:t xml:space="preserve"> pe </w:t>
      </w:r>
      <w:proofErr w:type="spellStart"/>
      <w:r>
        <w:t>ecran</w:t>
      </w:r>
      <w:proofErr w:type="spellEnd"/>
      <w:r>
        <w:t xml:space="preserve"> un </w:t>
      </w:r>
      <w:proofErr w:type="spellStart"/>
      <w:r>
        <w:t>mesaj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 </w:t>
      </w:r>
      <w:proofErr w:type="spellStart"/>
      <w:r>
        <w:t>valoare</w:t>
      </w:r>
      <w:proofErr w:type="spellEnd"/>
    </w:p>
    <w:p w14:paraId="4D347932" w14:textId="77777777" w:rsidR="006618A1" w:rsidRDefault="000B2AE9">
      <w:pPr>
        <w:spacing w:after="20" w:line="264" w:lineRule="auto"/>
        <w:ind w:left="340"/>
      </w:pPr>
      <w:r>
        <w:t xml:space="preserve">d) </w:t>
      </w:r>
      <w:proofErr w:type="spellStart"/>
      <w:r>
        <w:t>Instalează</w:t>
      </w:r>
      <w:proofErr w:type="spellEnd"/>
      <w:r>
        <w:t xml:space="preserve"> </w:t>
      </w:r>
      <w:proofErr w:type="spellStart"/>
      <w:r>
        <w:t>compilatorul</w:t>
      </w:r>
      <w:proofErr w:type="spellEnd"/>
    </w:p>
    <w:p w14:paraId="711A552B" w14:textId="77777777" w:rsidR="006618A1" w:rsidRDefault="006618A1">
      <w:pPr>
        <w:spacing w:after="40"/>
      </w:pPr>
    </w:p>
    <w:p w14:paraId="1A4242F1" w14:textId="77777777" w:rsidR="006618A1" w:rsidRDefault="000B2AE9">
      <w:pPr>
        <w:spacing w:after="40"/>
      </w:pPr>
      <w:r>
        <w:rPr>
          <w:b/>
        </w:rPr>
        <w:t xml:space="preserve">8. Ce </w:t>
      </w:r>
      <w:proofErr w:type="spellStart"/>
      <w:r>
        <w:rPr>
          <w:b/>
        </w:rPr>
        <w:t>este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eroare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sintaxă</w:t>
      </w:r>
      <w:proofErr w:type="spellEnd"/>
      <w:r>
        <w:rPr>
          <w:b/>
        </w:rPr>
        <w:t>?</w:t>
      </w:r>
    </w:p>
    <w:p w14:paraId="7B0ED5D0" w14:textId="77777777" w:rsidR="006618A1" w:rsidRDefault="000B2AE9">
      <w:pPr>
        <w:spacing w:after="20" w:line="264" w:lineRule="auto"/>
        <w:ind w:left="340"/>
      </w:pPr>
      <w:r>
        <w:t xml:space="preserve">a) O </w:t>
      </w:r>
      <w:proofErr w:type="spellStart"/>
      <w:r>
        <w:t>greșeală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scrierea</w:t>
      </w:r>
      <w:proofErr w:type="spellEnd"/>
      <w:r>
        <w:t xml:space="preserve"> </w:t>
      </w:r>
      <w:proofErr w:type="spellStart"/>
      <w:r>
        <w:t>instrucțiunilor</w:t>
      </w:r>
      <w:proofErr w:type="spellEnd"/>
      <w:r>
        <w:t xml:space="preserve"> </w:t>
      </w:r>
      <w:proofErr w:type="spellStart"/>
      <w:r>
        <w:t>limbajului</w:t>
      </w:r>
      <w:proofErr w:type="spellEnd"/>
    </w:p>
    <w:p w14:paraId="032D8A99" w14:textId="77777777" w:rsidR="006618A1" w:rsidRDefault="000B2AE9">
      <w:pPr>
        <w:spacing w:after="20" w:line="264" w:lineRule="auto"/>
        <w:ind w:left="340"/>
      </w:pPr>
      <w:r>
        <w:t xml:space="preserve">b) O </w:t>
      </w:r>
      <w:proofErr w:type="spellStart"/>
      <w:r>
        <w:t>problemă</w:t>
      </w:r>
      <w:proofErr w:type="spellEnd"/>
      <w:r>
        <w:t xml:space="preserve"> a mouse-</w:t>
      </w:r>
      <w:proofErr w:type="spellStart"/>
      <w:r>
        <w:t>ului</w:t>
      </w:r>
      <w:proofErr w:type="spellEnd"/>
    </w:p>
    <w:p w14:paraId="052AB0C7" w14:textId="77777777" w:rsidR="006618A1" w:rsidRDefault="000B2AE9">
      <w:pPr>
        <w:spacing w:after="20" w:line="264" w:lineRule="auto"/>
        <w:ind w:left="340"/>
      </w:pPr>
      <w:r>
        <w:t xml:space="preserve">c) O imagine </w:t>
      </w:r>
      <w:proofErr w:type="spellStart"/>
      <w:r>
        <w:t>introdusă</w:t>
      </w:r>
      <w:proofErr w:type="spellEnd"/>
      <w:r>
        <w:t xml:space="preserve"> </w:t>
      </w:r>
      <w:proofErr w:type="spellStart"/>
      <w:r>
        <w:t>greșit</w:t>
      </w:r>
      <w:proofErr w:type="spellEnd"/>
    </w:p>
    <w:p w14:paraId="51CC87AE" w14:textId="77777777" w:rsidR="006618A1" w:rsidRDefault="000B2AE9">
      <w:pPr>
        <w:spacing w:after="20" w:line="264" w:lineRule="auto"/>
        <w:ind w:left="340"/>
      </w:pPr>
      <w:r>
        <w:t xml:space="preserve">d) O </w:t>
      </w:r>
      <w:proofErr w:type="spellStart"/>
      <w:r>
        <w:t>culoare</w:t>
      </w:r>
      <w:proofErr w:type="spellEnd"/>
      <w:r>
        <w:t xml:space="preserve"> </w:t>
      </w:r>
      <w:proofErr w:type="spellStart"/>
      <w:r>
        <w:t>nepotrivită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ecranului</w:t>
      </w:r>
      <w:proofErr w:type="spellEnd"/>
    </w:p>
    <w:p w14:paraId="2E7DF053" w14:textId="77777777" w:rsidR="006618A1" w:rsidRDefault="006618A1">
      <w:pPr>
        <w:spacing w:after="40"/>
      </w:pPr>
    </w:p>
    <w:p w14:paraId="30796DB4" w14:textId="77777777" w:rsidR="006618A1" w:rsidRDefault="000B2AE9">
      <w:pPr>
        <w:spacing w:after="40"/>
      </w:pPr>
      <w:r>
        <w:rPr>
          <w:b/>
        </w:rPr>
        <w:t xml:space="preserve">9. Care </w:t>
      </w:r>
      <w:proofErr w:type="spellStart"/>
      <w:r>
        <w:rPr>
          <w:b/>
        </w:rPr>
        <w:t>dintre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următoarele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secvențe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descrie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corect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lucrul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într</w:t>
      </w:r>
      <w:proofErr w:type="spellEnd"/>
      <w:r>
        <w:rPr>
          <w:b/>
        </w:rPr>
        <w:t xml:space="preserve">-un </w:t>
      </w:r>
      <w:proofErr w:type="spellStart"/>
      <w:r>
        <w:rPr>
          <w:b/>
        </w:rPr>
        <w:t>mediu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dezvoltare</w:t>
      </w:r>
      <w:proofErr w:type="spellEnd"/>
      <w:r>
        <w:rPr>
          <w:b/>
        </w:rPr>
        <w:t>?</w:t>
      </w:r>
    </w:p>
    <w:p w14:paraId="3D726C28" w14:textId="77777777" w:rsidR="006618A1" w:rsidRDefault="000B2AE9">
      <w:pPr>
        <w:spacing w:after="20" w:line="264" w:lineRule="auto"/>
        <w:ind w:left="340"/>
      </w:pPr>
      <w:r>
        <w:t xml:space="preserve">a) </w:t>
      </w:r>
      <w:proofErr w:type="spellStart"/>
      <w:r>
        <w:t>Rulare</w:t>
      </w:r>
      <w:proofErr w:type="spellEnd"/>
      <w:r>
        <w:t xml:space="preserve"> → </w:t>
      </w:r>
      <w:proofErr w:type="spellStart"/>
      <w:r>
        <w:t>editare</w:t>
      </w:r>
      <w:proofErr w:type="spellEnd"/>
      <w:r>
        <w:t xml:space="preserve"> → </w:t>
      </w:r>
      <w:proofErr w:type="spellStart"/>
      <w:r>
        <w:t>scriere</w:t>
      </w:r>
      <w:proofErr w:type="spellEnd"/>
    </w:p>
    <w:p w14:paraId="69AC053C" w14:textId="77777777" w:rsidR="006618A1" w:rsidRDefault="000B2AE9">
      <w:pPr>
        <w:spacing w:after="20" w:line="264" w:lineRule="auto"/>
        <w:ind w:left="340"/>
      </w:pPr>
      <w:r>
        <w:t xml:space="preserve">b) </w:t>
      </w:r>
      <w:proofErr w:type="spellStart"/>
      <w:r>
        <w:t>Tipărire</w:t>
      </w:r>
      <w:proofErr w:type="spellEnd"/>
      <w:r>
        <w:t xml:space="preserve"> → </w:t>
      </w:r>
      <w:proofErr w:type="spellStart"/>
      <w:r>
        <w:t>colorare</w:t>
      </w:r>
      <w:proofErr w:type="spellEnd"/>
      <w:r>
        <w:t xml:space="preserve"> → </w:t>
      </w:r>
      <w:proofErr w:type="spellStart"/>
      <w:r>
        <w:t>salvare</w:t>
      </w:r>
      <w:proofErr w:type="spellEnd"/>
    </w:p>
    <w:p w14:paraId="0751AC50" w14:textId="77777777" w:rsidR="006618A1" w:rsidRDefault="000B2AE9">
      <w:pPr>
        <w:spacing w:after="20" w:line="264" w:lineRule="auto"/>
        <w:ind w:left="340"/>
      </w:pPr>
      <w:r>
        <w:t xml:space="preserve">c) </w:t>
      </w:r>
      <w:proofErr w:type="spellStart"/>
      <w:r>
        <w:t>Editare</w:t>
      </w:r>
      <w:proofErr w:type="spellEnd"/>
      <w:r>
        <w:t xml:space="preserve"> → </w:t>
      </w:r>
      <w:proofErr w:type="spellStart"/>
      <w:r>
        <w:t>rulare</w:t>
      </w:r>
      <w:proofErr w:type="spellEnd"/>
      <w:r>
        <w:t xml:space="preserve"> → </w:t>
      </w:r>
      <w:proofErr w:type="spellStart"/>
      <w:r>
        <w:t>depanare</w:t>
      </w:r>
      <w:proofErr w:type="spellEnd"/>
    </w:p>
    <w:p w14:paraId="634C208C" w14:textId="77777777" w:rsidR="006618A1" w:rsidRDefault="000B2AE9">
      <w:pPr>
        <w:spacing w:after="20" w:line="264" w:lineRule="auto"/>
        <w:ind w:left="340"/>
      </w:pPr>
      <w:r>
        <w:t xml:space="preserve">d) </w:t>
      </w:r>
      <w:proofErr w:type="spellStart"/>
      <w:r>
        <w:t>Afișare</w:t>
      </w:r>
      <w:proofErr w:type="spellEnd"/>
      <w:r>
        <w:t xml:space="preserve"> → </w:t>
      </w:r>
      <w:proofErr w:type="spellStart"/>
      <w:r>
        <w:t>desenare</w:t>
      </w:r>
      <w:proofErr w:type="spellEnd"/>
      <w:r>
        <w:t xml:space="preserve"> → </w:t>
      </w:r>
      <w:proofErr w:type="spellStart"/>
      <w:r>
        <w:t>imprimare</w:t>
      </w:r>
      <w:proofErr w:type="spellEnd"/>
    </w:p>
    <w:p w14:paraId="7A89907E" w14:textId="77777777" w:rsidR="006618A1" w:rsidRDefault="006618A1">
      <w:pPr>
        <w:spacing w:after="40"/>
      </w:pPr>
    </w:p>
    <w:p w14:paraId="29F548E6" w14:textId="35DE02A7" w:rsidR="006618A1" w:rsidRDefault="000B2AE9">
      <w:proofErr w:type="spellStart"/>
      <w:r>
        <w:rPr>
          <w:b/>
        </w:rPr>
        <w:t>Notă</w:t>
      </w:r>
      <w:proofErr w:type="spellEnd"/>
      <w:r>
        <w:rPr>
          <w:b/>
        </w:rPr>
        <w:t xml:space="preserve">: </w:t>
      </w:r>
      <w:r>
        <w:t xml:space="preserve">Se </w:t>
      </w:r>
      <w:proofErr w:type="spellStart"/>
      <w:r>
        <w:t>acorda</w:t>
      </w:r>
      <w:proofErr w:type="spellEnd"/>
      <w:r>
        <w:t xml:space="preserve"> 1 </w:t>
      </w:r>
      <w:proofErr w:type="spellStart"/>
      <w:r>
        <w:t>punct</w:t>
      </w:r>
      <w:proofErr w:type="spellEnd"/>
      <w:r>
        <w:t xml:space="preserve"> din </w:t>
      </w:r>
      <w:proofErr w:type="spellStart"/>
      <w:r>
        <w:t>oficiu</w:t>
      </w:r>
      <w:proofErr w:type="spellEnd"/>
      <w:r w:rsidR="00AD7EF6">
        <w:t>.</w:t>
      </w:r>
    </w:p>
    <w:sectPr w:rsidR="006618A1" w:rsidSect="00AD7EF6">
      <w:pgSz w:w="12240" w:h="15840"/>
      <w:pgMar w:top="568" w:right="1247" w:bottom="709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2AE9"/>
    <w:rsid w:val="0015074B"/>
    <w:rsid w:val="0029639D"/>
    <w:rsid w:val="00326F90"/>
    <w:rsid w:val="006618A1"/>
    <w:rsid w:val="00AA1D8D"/>
    <w:rsid w:val="00AD7EF6"/>
    <w:rsid w:val="00B47730"/>
    <w:rsid w:val="00CB0664"/>
    <w:rsid w:val="00F833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417535"/>
  <w14:defaultImageDpi w14:val="300"/>
  <w15:docId w15:val="{BA9E64C1-F65E-4B73-ADC2-1021523A0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4</cp:revision>
  <dcterms:created xsi:type="dcterms:W3CDTF">2026-03-23T12:02:00Z</dcterms:created>
  <dcterms:modified xsi:type="dcterms:W3CDTF">2026-03-23T12:03:00Z</dcterms:modified>
  <cp:category/>
</cp:coreProperties>
</file>